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14B5A" w14:textId="77777777" w:rsidR="00D20AFB" w:rsidRDefault="00D20AFB">
      <w:pPr>
        <w:spacing w:after="40"/>
        <w:jc w:val="center"/>
        <w:rPr>
          <w:b/>
          <w:color w:val="1F4E79"/>
          <w:sz w:val="26"/>
        </w:rPr>
      </w:pPr>
    </w:p>
    <w:p w14:paraId="512EF950" w14:textId="5F004681" w:rsidR="00750071" w:rsidRDefault="00000000">
      <w:pPr>
        <w:spacing w:after="40"/>
        <w:jc w:val="center"/>
      </w:pPr>
      <w:r>
        <w:rPr>
          <w:b/>
          <w:color w:val="1F4E79"/>
          <w:sz w:val="26"/>
        </w:rPr>
        <w:t>POLICY AND LEGAL ADVOCACY CENTRE (PLAC)</w:t>
      </w:r>
      <w:r w:rsidR="009761AE">
        <w:rPr>
          <w:b/>
          <w:color w:val="1F4E79"/>
          <w:sz w:val="26"/>
        </w:rPr>
        <w:t xml:space="preserve"> WITH SUPPORT FROM THE EUROPEAN UNION</w:t>
      </w:r>
    </w:p>
    <w:p w14:paraId="121F4756" w14:textId="77777777" w:rsidR="00750071" w:rsidRDefault="00000000">
      <w:pPr>
        <w:spacing w:after="20"/>
        <w:jc w:val="center"/>
      </w:pPr>
      <w:r>
        <w:rPr>
          <w:b/>
          <w:color w:val="2A5F56"/>
          <w:sz w:val="24"/>
        </w:rPr>
        <w:t>2026 LEGISLATIVE INTERNSHIP PROGRAMME ALUMNI SUPPORT INITIATIVE</w:t>
      </w:r>
    </w:p>
    <w:p w14:paraId="5500567A" w14:textId="77777777" w:rsidR="00750071" w:rsidRDefault="00000000">
      <w:pPr>
        <w:spacing w:after="160"/>
        <w:jc w:val="center"/>
      </w:pPr>
      <w:r>
        <w:rPr>
          <w:b/>
          <w:sz w:val="24"/>
        </w:rPr>
        <w:t>Implementation / Work Plan and Monitoring &amp; Evaluation (M&amp;E) Templates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775"/>
        <w:gridCol w:w="3145"/>
        <w:gridCol w:w="3940"/>
        <w:gridCol w:w="4700"/>
      </w:tblGrid>
      <w:tr w:rsidR="00750071" w:rsidRPr="00D20AFB" w14:paraId="0D9E5863" w14:textId="77777777" w:rsidTr="00D20AFB">
        <w:trPr>
          <w:jc w:val="center"/>
        </w:trPr>
        <w:tc>
          <w:tcPr>
            <w:tcW w:w="953" w:type="pct"/>
            <w:tcBorders>
              <w:top w:val="single" w:sz="5" w:space="0" w:color="B7C9D6"/>
              <w:left w:val="single" w:sz="5" w:space="0" w:color="B7C9D6"/>
              <w:bottom w:val="single" w:sz="5" w:space="0" w:color="B7C9D6"/>
              <w:right w:val="single" w:sz="5" w:space="0" w:color="B7C9D6"/>
            </w:tcBorders>
            <w:shd w:val="clear" w:color="auto" w:fill="EAF1F5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90274EB" w14:textId="77777777" w:rsidR="00750071" w:rsidRPr="00D20AFB" w:rsidRDefault="00000000">
            <w:pPr>
              <w:rPr>
                <w:sz w:val="21"/>
                <w:szCs w:val="21"/>
              </w:rPr>
            </w:pPr>
            <w:r w:rsidRPr="00D20AFB">
              <w:rPr>
                <w:b/>
                <w:color w:val="1F4E79"/>
                <w:sz w:val="21"/>
                <w:szCs w:val="21"/>
              </w:rPr>
              <w:t>Project Title:</w:t>
            </w:r>
          </w:p>
        </w:tc>
        <w:tc>
          <w:tcPr>
            <w:tcW w:w="1080" w:type="pct"/>
            <w:tcBorders>
              <w:top w:val="single" w:sz="5" w:space="0" w:color="B7C9D6"/>
              <w:left w:val="single" w:sz="5" w:space="0" w:color="B7C9D6"/>
              <w:bottom w:val="single" w:sz="5" w:space="0" w:color="B7C9D6"/>
              <w:right w:val="single" w:sz="5" w:space="0" w:color="B7C9D6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E4C12BE" w14:textId="77777777" w:rsidR="00750071" w:rsidRPr="00D20AFB" w:rsidRDefault="00750071">
            <w:pPr>
              <w:rPr>
                <w:sz w:val="21"/>
                <w:szCs w:val="21"/>
              </w:rPr>
            </w:pPr>
          </w:p>
        </w:tc>
        <w:tc>
          <w:tcPr>
            <w:tcW w:w="1353" w:type="pct"/>
            <w:tcBorders>
              <w:top w:val="single" w:sz="5" w:space="0" w:color="B7C9D6"/>
              <w:left w:val="single" w:sz="5" w:space="0" w:color="B7C9D6"/>
              <w:bottom w:val="single" w:sz="5" w:space="0" w:color="B7C9D6"/>
              <w:right w:val="single" w:sz="5" w:space="0" w:color="B7C9D6"/>
            </w:tcBorders>
            <w:shd w:val="clear" w:color="auto" w:fill="EAF1F5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777E5C8" w14:textId="77777777" w:rsidR="00750071" w:rsidRPr="00D20AFB" w:rsidRDefault="00000000">
            <w:pPr>
              <w:rPr>
                <w:sz w:val="21"/>
                <w:szCs w:val="21"/>
              </w:rPr>
            </w:pPr>
            <w:r w:rsidRPr="00D20AFB">
              <w:rPr>
                <w:b/>
                <w:color w:val="1F4E79"/>
                <w:sz w:val="21"/>
                <w:szCs w:val="21"/>
              </w:rPr>
              <w:t>Lead Applicant / Project Coordinator:</w:t>
            </w:r>
          </w:p>
        </w:tc>
        <w:tc>
          <w:tcPr>
            <w:tcW w:w="1614" w:type="pct"/>
            <w:tcBorders>
              <w:top w:val="single" w:sz="5" w:space="0" w:color="B7C9D6"/>
              <w:left w:val="single" w:sz="5" w:space="0" w:color="B7C9D6"/>
              <w:bottom w:val="single" w:sz="5" w:space="0" w:color="B7C9D6"/>
              <w:right w:val="single" w:sz="5" w:space="0" w:color="B7C9D6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DB6EC92" w14:textId="77777777" w:rsidR="00750071" w:rsidRPr="00D20AFB" w:rsidRDefault="00750071">
            <w:pPr>
              <w:rPr>
                <w:sz w:val="21"/>
                <w:szCs w:val="21"/>
              </w:rPr>
            </w:pPr>
          </w:p>
        </w:tc>
      </w:tr>
      <w:tr w:rsidR="00750071" w:rsidRPr="00D20AFB" w14:paraId="2BB6E063" w14:textId="77777777" w:rsidTr="00D20AFB">
        <w:trPr>
          <w:jc w:val="center"/>
        </w:trPr>
        <w:tc>
          <w:tcPr>
            <w:tcW w:w="953" w:type="pct"/>
            <w:tcBorders>
              <w:top w:val="single" w:sz="5" w:space="0" w:color="B7C9D6"/>
              <w:left w:val="single" w:sz="5" w:space="0" w:color="B7C9D6"/>
              <w:bottom w:val="single" w:sz="5" w:space="0" w:color="B7C9D6"/>
              <w:right w:val="single" w:sz="5" w:space="0" w:color="B7C9D6"/>
            </w:tcBorders>
            <w:shd w:val="clear" w:color="auto" w:fill="EAF1F5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EB17C0D" w14:textId="31F38D3C" w:rsidR="00750071" w:rsidRPr="00D20AFB" w:rsidRDefault="00000000">
            <w:pPr>
              <w:rPr>
                <w:sz w:val="21"/>
                <w:szCs w:val="21"/>
              </w:rPr>
            </w:pPr>
            <w:r w:rsidRPr="00D20AFB">
              <w:rPr>
                <w:b/>
                <w:color w:val="1F4E79"/>
                <w:sz w:val="21"/>
                <w:szCs w:val="21"/>
              </w:rPr>
              <w:t>LIP Cohort(s)</w:t>
            </w:r>
            <w:r w:rsidR="009761AE">
              <w:rPr>
                <w:b/>
                <w:color w:val="1F4E79"/>
                <w:sz w:val="21"/>
                <w:szCs w:val="21"/>
              </w:rPr>
              <w:t xml:space="preserve"> Year</w:t>
            </w:r>
            <w:r w:rsidRPr="00D20AFB">
              <w:rPr>
                <w:b/>
                <w:color w:val="1F4E79"/>
                <w:sz w:val="21"/>
                <w:szCs w:val="21"/>
              </w:rPr>
              <w:t>:</w:t>
            </w:r>
          </w:p>
        </w:tc>
        <w:tc>
          <w:tcPr>
            <w:tcW w:w="1080" w:type="pct"/>
            <w:tcBorders>
              <w:top w:val="single" w:sz="5" w:space="0" w:color="B7C9D6"/>
              <w:left w:val="single" w:sz="5" w:space="0" w:color="B7C9D6"/>
              <w:bottom w:val="single" w:sz="5" w:space="0" w:color="B7C9D6"/>
              <w:right w:val="single" w:sz="5" w:space="0" w:color="B7C9D6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9F0A709" w14:textId="77777777" w:rsidR="00750071" w:rsidRPr="00D20AFB" w:rsidRDefault="00750071">
            <w:pPr>
              <w:rPr>
                <w:sz w:val="21"/>
                <w:szCs w:val="21"/>
              </w:rPr>
            </w:pPr>
          </w:p>
        </w:tc>
        <w:tc>
          <w:tcPr>
            <w:tcW w:w="1353" w:type="pct"/>
            <w:tcBorders>
              <w:top w:val="single" w:sz="5" w:space="0" w:color="B7C9D6"/>
              <w:left w:val="single" w:sz="5" w:space="0" w:color="B7C9D6"/>
              <w:bottom w:val="single" w:sz="5" w:space="0" w:color="B7C9D6"/>
              <w:right w:val="single" w:sz="5" w:space="0" w:color="B7C9D6"/>
            </w:tcBorders>
            <w:shd w:val="clear" w:color="auto" w:fill="EAF1F5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044D378" w14:textId="77777777" w:rsidR="00750071" w:rsidRPr="00D20AFB" w:rsidRDefault="00000000">
            <w:pPr>
              <w:rPr>
                <w:sz w:val="21"/>
                <w:szCs w:val="21"/>
              </w:rPr>
            </w:pPr>
            <w:r w:rsidRPr="00D20AFB">
              <w:rPr>
                <w:b/>
                <w:color w:val="1F4E79"/>
                <w:sz w:val="21"/>
                <w:szCs w:val="21"/>
              </w:rPr>
              <w:t>Project Team / Organisation (if applicable):</w:t>
            </w:r>
          </w:p>
        </w:tc>
        <w:tc>
          <w:tcPr>
            <w:tcW w:w="1614" w:type="pct"/>
            <w:tcBorders>
              <w:top w:val="single" w:sz="5" w:space="0" w:color="B7C9D6"/>
              <w:left w:val="single" w:sz="5" w:space="0" w:color="B7C9D6"/>
              <w:bottom w:val="single" w:sz="5" w:space="0" w:color="B7C9D6"/>
              <w:right w:val="single" w:sz="5" w:space="0" w:color="B7C9D6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B717C35" w14:textId="77777777" w:rsidR="00750071" w:rsidRPr="00D20AFB" w:rsidRDefault="00750071">
            <w:pPr>
              <w:rPr>
                <w:sz w:val="21"/>
                <w:szCs w:val="21"/>
              </w:rPr>
            </w:pPr>
          </w:p>
        </w:tc>
      </w:tr>
      <w:tr w:rsidR="00750071" w:rsidRPr="00D20AFB" w14:paraId="776F359D" w14:textId="77777777" w:rsidTr="00D20AFB">
        <w:trPr>
          <w:jc w:val="center"/>
        </w:trPr>
        <w:tc>
          <w:tcPr>
            <w:tcW w:w="953" w:type="pct"/>
            <w:tcBorders>
              <w:top w:val="single" w:sz="5" w:space="0" w:color="B7C9D6"/>
              <w:left w:val="single" w:sz="5" w:space="0" w:color="B7C9D6"/>
              <w:bottom w:val="single" w:sz="5" w:space="0" w:color="B7C9D6"/>
              <w:right w:val="single" w:sz="5" w:space="0" w:color="B7C9D6"/>
            </w:tcBorders>
            <w:shd w:val="clear" w:color="auto" w:fill="EAF1F5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1CAF55B" w14:textId="77777777" w:rsidR="00750071" w:rsidRPr="00D20AFB" w:rsidRDefault="00000000">
            <w:pPr>
              <w:rPr>
                <w:sz w:val="21"/>
                <w:szCs w:val="21"/>
              </w:rPr>
            </w:pPr>
            <w:r w:rsidRPr="00D20AFB">
              <w:rPr>
                <w:b/>
                <w:color w:val="1F4E79"/>
                <w:sz w:val="21"/>
                <w:szCs w:val="21"/>
              </w:rPr>
              <w:t>Implementation Period:</w:t>
            </w:r>
          </w:p>
        </w:tc>
        <w:tc>
          <w:tcPr>
            <w:tcW w:w="1080" w:type="pct"/>
            <w:tcBorders>
              <w:top w:val="single" w:sz="5" w:space="0" w:color="B7C9D6"/>
              <w:left w:val="single" w:sz="5" w:space="0" w:color="B7C9D6"/>
              <w:bottom w:val="single" w:sz="5" w:space="0" w:color="B7C9D6"/>
              <w:right w:val="single" w:sz="5" w:space="0" w:color="B7C9D6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233712A" w14:textId="77777777" w:rsidR="00750071" w:rsidRPr="00D20AFB" w:rsidRDefault="00750071">
            <w:pPr>
              <w:rPr>
                <w:sz w:val="21"/>
                <w:szCs w:val="21"/>
              </w:rPr>
            </w:pPr>
          </w:p>
        </w:tc>
        <w:tc>
          <w:tcPr>
            <w:tcW w:w="1353" w:type="pct"/>
            <w:tcBorders>
              <w:top w:val="single" w:sz="5" w:space="0" w:color="B7C9D6"/>
              <w:left w:val="single" w:sz="5" w:space="0" w:color="B7C9D6"/>
              <w:bottom w:val="single" w:sz="5" w:space="0" w:color="B7C9D6"/>
              <w:right w:val="single" w:sz="5" w:space="0" w:color="B7C9D6"/>
            </w:tcBorders>
            <w:shd w:val="clear" w:color="auto" w:fill="EAF1F5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A890837" w14:textId="77777777" w:rsidR="00750071" w:rsidRPr="00D20AFB" w:rsidRDefault="00000000">
            <w:pPr>
              <w:rPr>
                <w:sz w:val="21"/>
                <w:szCs w:val="21"/>
              </w:rPr>
            </w:pPr>
            <w:r w:rsidRPr="00D20AFB">
              <w:rPr>
                <w:b/>
                <w:color w:val="1F4E79"/>
                <w:sz w:val="21"/>
                <w:szCs w:val="21"/>
              </w:rPr>
              <w:t>Duration:</w:t>
            </w:r>
          </w:p>
        </w:tc>
        <w:tc>
          <w:tcPr>
            <w:tcW w:w="1614" w:type="pct"/>
            <w:tcBorders>
              <w:top w:val="single" w:sz="5" w:space="0" w:color="B7C9D6"/>
              <w:left w:val="single" w:sz="5" w:space="0" w:color="B7C9D6"/>
              <w:bottom w:val="single" w:sz="5" w:space="0" w:color="B7C9D6"/>
              <w:right w:val="single" w:sz="5" w:space="0" w:color="B7C9D6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60CE30D" w14:textId="77777777" w:rsidR="00750071" w:rsidRPr="00D20AFB" w:rsidRDefault="00750071">
            <w:pPr>
              <w:rPr>
                <w:sz w:val="21"/>
                <w:szCs w:val="21"/>
              </w:rPr>
            </w:pPr>
          </w:p>
        </w:tc>
      </w:tr>
      <w:tr w:rsidR="00750071" w:rsidRPr="00D20AFB" w14:paraId="3D2D72C3" w14:textId="77777777" w:rsidTr="00D20AFB">
        <w:trPr>
          <w:jc w:val="center"/>
        </w:trPr>
        <w:tc>
          <w:tcPr>
            <w:tcW w:w="953" w:type="pct"/>
            <w:tcBorders>
              <w:top w:val="single" w:sz="5" w:space="0" w:color="B7C9D6"/>
              <w:left w:val="single" w:sz="5" w:space="0" w:color="B7C9D6"/>
              <w:bottom w:val="single" w:sz="5" w:space="0" w:color="B7C9D6"/>
              <w:right w:val="single" w:sz="5" w:space="0" w:color="B7C9D6"/>
            </w:tcBorders>
            <w:shd w:val="clear" w:color="auto" w:fill="EAF1F5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068B908" w14:textId="77777777" w:rsidR="00750071" w:rsidRPr="00D20AFB" w:rsidRDefault="00000000">
            <w:pPr>
              <w:rPr>
                <w:sz w:val="21"/>
                <w:szCs w:val="21"/>
              </w:rPr>
            </w:pPr>
            <w:r w:rsidRPr="00D20AFB">
              <w:rPr>
                <w:b/>
                <w:color w:val="1F4E79"/>
                <w:sz w:val="21"/>
                <w:szCs w:val="21"/>
              </w:rPr>
              <w:t>Total Budgeted Amount (₦):</w:t>
            </w:r>
          </w:p>
        </w:tc>
        <w:tc>
          <w:tcPr>
            <w:tcW w:w="1080" w:type="pct"/>
            <w:tcBorders>
              <w:top w:val="single" w:sz="5" w:space="0" w:color="B7C9D6"/>
              <w:left w:val="single" w:sz="5" w:space="0" w:color="B7C9D6"/>
              <w:bottom w:val="single" w:sz="5" w:space="0" w:color="B7C9D6"/>
              <w:right w:val="single" w:sz="5" w:space="0" w:color="B7C9D6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C8F1816" w14:textId="77777777" w:rsidR="00750071" w:rsidRPr="00D20AFB" w:rsidRDefault="00750071">
            <w:pPr>
              <w:rPr>
                <w:sz w:val="21"/>
                <w:szCs w:val="21"/>
              </w:rPr>
            </w:pPr>
          </w:p>
        </w:tc>
        <w:tc>
          <w:tcPr>
            <w:tcW w:w="1353" w:type="pct"/>
            <w:tcBorders>
              <w:top w:val="single" w:sz="5" w:space="0" w:color="B7C9D6"/>
              <w:left w:val="single" w:sz="5" w:space="0" w:color="B7C9D6"/>
              <w:bottom w:val="single" w:sz="5" w:space="0" w:color="B7C9D6"/>
              <w:right w:val="single" w:sz="5" w:space="0" w:color="B7C9D6"/>
            </w:tcBorders>
            <w:shd w:val="clear" w:color="auto" w:fill="EAF1F5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89BD5F8" w14:textId="77777777" w:rsidR="00750071" w:rsidRPr="00D20AFB" w:rsidRDefault="00000000">
            <w:pPr>
              <w:rPr>
                <w:sz w:val="21"/>
                <w:szCs w:val="21"/>
              </w:rPr>
            </w:pPr>
            <w:r w:rsidRPr="00D20AFB">
              <w:rPr>
                <w:b/>
                <w:color w:val="1F4E79"/>
                <w:sz w:val="21"/>
                <w:szCs w:val="21"/>
              </w:rPr>
              <w:t>Thematic Area / Geographic Coverage:</w:t>
            </w:r>
          </w:p>
        </w:tc>
        <w:tc>
          <w:tcPr>
            <w:tcW w:w="1614" w:type="pct"/>
            <w:tcBorders>
              <w:top w:val="single" w:sz="5" w:space="0" w:color="B7C9D6"/>
              <w:left w:val="single" w:sz="5" w:space="0" w:color="B7C9D6"/>
              <w:bottom w:val="single" w:sz="5" w:space="0" w:color="B7C9D6"/>
              <w:right w:val="single" w:sz="5" w:space="0" w:color="B7C9D6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D6C4203" w14:textId="77777777" w:rsidR="00750071" w:rsidRPr="00D20AFB" w:rsidRDefault="00750071">
            <w:pPr>
              <w:rPr>
                <w:sz w:val="21"/>
                <w:szCs w:val="21"/>
              </w:rPr>
            </w:pPr>
          </w:p>
        </w:tc>
      </w:tr>
    </w:tbl>
    <w:p w14:paraId="13987E7B" w14:textId="77777777" w:rsidR="00750071" w:rsidRDefault="00750071">
      <w:pPr>
        <w:spacing w:after="60"/>
      </w:pPr>
    </w:p>
    <w:p w14:paraId="5C38EDC7" w14:textId="77777777" w:rsidR="00750071" w:rsidRDefault="00000000">
      <w:pPr>
        <w:spacing w:before="80" w:after="60"/>
      </w:pPr>
      <w:r>
        <w:rPr>
          <w:b/>
          <w:color w:val="1F4E79"/>
          <w:sz w:val="24"/>
        </w:rPr>
        <w:t>A. IMPLEMENTATION / WORK PLAN TEMPLATE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4600"/>
      </w:tblGrid>
      <w:tr w:rsidR="00750071" w:rsidRPr="00D20AFB" w14:paraId="14211FDE" w14:textId="77777777" w:rsidTr="00D20AFB">
        <w:trPr>
          <w:jc w:val="center"/>
        </w:trPr>
        <w:tc>
          <w:tcPr>
            <w:tcW w:w="0" w:type="auto"/>
            <w:tcBorders>
              <w:top w:val="single" w:sz="6" w:space="0" w:color="7EA6BE"/>
              <w:left w:val="single" w:sz="6" w:space="0" w:color="7EA6BE"/>
              <w:bottom w:val="single" w:sz="6" w:space="0" w:color="7EA6BE"/>
              <w:right w:val="single" w:sz="6" w:space="0" w:color="7EA6BE"/>
            </w:tcBorders>
            <w:shd w:val="clear" w:color="auto" w:fill="F2F7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F06D4DF" w14:textId="77777777" w:rsidR="00750071" w:rsidRPr="00D20AFB" w:rsidRDefault="00000000">
            <w:pPr>
              <w:jc w:val="both"/>
              <w:rPr>
                <w:sz w:val="21"/>
                <w:szCs w:val="21"/>
              </w:rPr>
            </w:pPr>
            <w:r w:rsidRPr="00D20AFB">
              <w:rPr>
                <w:b/>
                <w:color w:val="1F4E79"/>
                <w:sz w:val="21"/>
                <w:szCs w:val="21"/>
              </w:rPr>
              <w:t xml:space="preserve">Notes: </w:t>
            </w:r>
            <w:r w:rsidRPr="00D20AFB">
              <w:rPr>
                <w:sz w:val="21"/>
                <w:szCs w:val="21"/>
              </w:rPr>
              <w:t>Use the same activity numbering and titles as in the proposal (Activity 1, Activity 2, etc.). List only main activities; group preparatory steps and sub-activities under the relevant main activity. Activities, outputs and timelines should align with the proposal and budget. Complete the table as provided; do not add, remove or rename columns unless PLAC requests it.</w:t>
            </w:r>
          </w:p>
        </w:tc>
      </w:tr>
    </w:tbl>
    <w:p w14:paraId="55D04B9B" w14:textId="77777777" w:rsidR="00750071" w:rsidRDefault="00750071">
      <w:pPr>
        <w:spacing w:after="40"/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324"/>
        <w:gridCol w:w="2910"/>
        <w:gridCol w:w="3507"/>
        <w:gridCol w:w="2645"/>
        <w:gridCol w:w="1787"/>
        <w:gridCol w:w="2377"/>
      </w:tblGrid>
      <w:tr w:rsidR="00750071" w:rsidRPr="00D20AFB" w14:paraId="57BC821D" w14:textId="77777777" w:rsidTr="007C66BF">
        <w:trPr>
          <w:tblHeader/>
          <w:jc w:val="center"/>
        </w:trPr>
        <w:tc>
          <w:tcPr>
            <w:tcW w:w="455" w:type="pct"/>
            <w:tcBorders>
              <w:top w:val="single" w:sz="5" w:space="0" w:color="9FBAD0"/>
              <w:left w:val="single" w:sz="5" w:space="0" w:color="9FBAD0"/>
              <w:bottom w:val="single" w:sz="5" w:space="0" w:color="9FBAD0"/>
              <w:right w:val="single" w:sz="5" w:space="0" w:color="9FBAD0"/>
            </w:tcBorders>
            <w:shd w:val="clear" w:color="auto" w:fill="1F4E79"/>
            <w:tcMar>
              <w:top w:w="90" w:type="dxa"/>
              <w:left w:w="75" w:type="dxa"/>
              <w:bottom w:w="90" w:type="dxa"/>
              <w:right w:w="75" w:type="dxa"/>
            </w:tcMar>
            <w:vAlign w:val="center"/>
          </w:tcPr>
          <w:p w14:paraId="32F16FD9" w14:textId="77777777" w:rsidR="00750071" w:rsidRPr="00D20AFB" w:rsidRDefault="00000000">
            <w:pPr>
              <w:jc w:val="center"/>
              <w:rPr>
                <w:sz w:val="21"/>
                <w:szCs w:val="21"/>
              </w:rPr>
            </w:pPr>
            <w:r w:rsidRPr="00D20AFB">
              <w:rPr>
                <w:b/>
                <w:color w:val="FFFFFF"/>
                <w:sz w:val="21"/>
                <w:szCs w:val="21"/>
              </w:rPr>
              <w:t>Activity No.</w:t>
            </w:r>
          </w:p>
        </w:tc>
        <w:tc>
          <w:tcPr>
            <w:tcW w:w="1000" w:type="pct"/>
            <w:tcBorders>
              <w:top w:val="single" w:sz="5" w:space="0" w:color="9FBAD0"/>
              <w:left w:val="single" w:sz="5" w:space="0" w:color="9FBAD0"/>
              <w:bottom w:val="single" w:sz="5" w:space="0" w:color="9FBAD0"/>
              <w:right w:val="single" w:sz="5" w:space="0" w:color="9FBAD0"/>
            </w:tcBorders>
            <w:shd w:val="clear" w:color="auto" w:fill="1F4E79"/>
            <w:tcMar>
              <w:top w:w="90" w:type="dxa"/>
              <w:left w:w="75" w:type="dxa"/>
              <w:bottom w:w="90" w:type="dxa"/>
              <w:right w:w="75" w:type="dxa"/>
            </w:tcMar>
            <w:vAlign w:val="center"/>
          </w:tcPr>
          <w:p w14:paraId="735C98F1" w14:textId="77777777" w:rsidR="00750071" w:rsidRPr="00D20AFB" w:rsidRDefault="00000000">
            <w:pPr>
              <w:jc w:val="center"/>
              <w:rPr>
                <w:sz w:val="21"/>
                <w:szCs w:val="21"/>
              </w:rPr>
            </w:pPr>
            <w:r w:rsidRPr="00D20AFB">
              <w:rPr>
                <w:b/>
                <w:color w:val="FFFFFF"/>
                <w:sz w:val="21"/>
                <w:szCs w:val="21"/>
              </w:rPr>
              <w:t>Main Activity</w:t>
            </w:r>
          </w:p>
        </w:tc>
        <w:tc>
          <w:tcPr>
            <w:tcW w:w="1205" w:type="pct"/>
            <w:tcBorders>
              <w:top w:val="single" w:sz="5" w:space="0" w:color="9FBAD0"/>
              <w:left w:val="single" w:sz="5" w:space="0" w:color="9FBAD0"/>
              <w:bottom w:val="single" w:sz="5" w:space="0" w:color="9FBAD0"/>
              <w:right w:val="single" w:sz="5" w:space="0" w:color="9FBAD0"/>
            </w:tcBorders>
            <w:shd w:val="clear" w:color="auto" w:fill="1F4E79"/>
            <w:tcMar>
              <w:top w:w="90" w:type="dxa"/>
              <w:left w:w="75" w:type="dxa"/>
              <w:bottom w:w="90" w:type="dxa"/>
              <w:right w:w="75" w:type="dxa"/>
            </w:tcMar>
            <w:vAlign w:val="center"/>
          </w:tcPr>
          <w:p w14:paraId="42644FD5" w14:textId="77777777" w:rsidR="00750071" w:rsidRPr="00D20AFB" w:rsidRDefault="00000000">
            <w:pPr>
              <w:jc w:val="center"/>
              <w:rPr>
                <w:sz w:val="21"/>
                <w:szCs w:val="21"/>
              </w:rPr>
            </w:pPr>
            <w:r w:rsidRPr="00D20AFB">
              <w:rPr>
                <w:b/>
                <w:color w:val="FFFFFF"/>
                <w:sz w:val="21"/>
                <w:szCs w:val="21"/>
              </w:rPr>
              <w:t>Key Steps / Sub-activities</w:t>
            </w:r>
          </w:p>
        </w:tc>
        <w:tc>
          <w:tcPr>
            <w:tcW w:w="909" w:type="pct"/>
            <w:tcBorders>
              <w:top w:val="single" w:sz="5" w:space="0" w:color="9FBAD0"/>
              <w:left w:val="single" w:sz="5" w:space="0" w:color="9FBAD0"/>
              <w:bottom w:val="single" w:sz="5" w:space="0" w:color="9FBAD0"/>
              <w:right w:val="single" w:sz="5" w:space="0" w:color="9FBAD0"/>
            </w:tcBorders>
            <w:shd w:val="clear" w:color="auto" w:fill="1F4E79"/>
            <w:tcMar>
              <w:top w:w="90" w:type="dxa"/>
              <w:left w:w="75" w:type="dxa"/>
              <w:bottom w:w="90" w:type="dxa"/>
              <w:right w:w="75" w:type="dxa"/>
            </w:tcMar>
            <w:vAlign w:val="center"/>
          </w:tcPr>
          <w:p w14:paraId="1D578901" w14:textId="77777777" w:rsidR="00750071" w:rsidRPr="00D20AFB" w:rsidRDefault="00000000">
            <w:pPr>
              <w:jc w:val="center"/>
              <w:rPr>
                <w:sz w:val="21"/>
                <w:szCs w:val="21"/>
              </w:rPr>
            </w:pPr>
            <w:r w:rsidRPr="00D20AFB">
              <w:rPr>
                <w:b/>
                <w:color w:val="FFFFFF"/>
                <w:sz w:val="21"/>
                <w:szCs w:val="21"/>
              </w:rPr>
              <w:t>Expected Output</w:t>
            </w:r>
          </w:p>
        </w:tc>
        <w:tc>
          <w:tcPr>
            <w:tcW w:w="614" w:type="pct"/>
            <w:tcBorders>
              <w:top w:val="single" w:sz="5" w:space="0" w:color="9FBAD0"/>
              <w:left w:val="single" w:sz="5" w:space="0" w:color="9FBAD0"/>
              <w:bottom w:val="single" w:sz="5" w:space="0" w:color="9FBAD0"/>
              <w:right w:val="single" w:sz="5" w:space="0" w:color="9FBAD0"/>
            </w:tcBorders>
            <w:shd w:val="clear" w:color="auto" w:fill="1F4E79"/>
            <w:tcMar>
              <w:top w:w="90" w:type="dxa"/>
              <w:left w:w="75" w:type="dxa"/>
              <w:bottom w:w="90" w:type="dxa"/>
              <w:right w:w="75" w:type="dxa"/>
            </w:tcMar>
            <w:vAlign w:val="center"/>
          </w:tcPr>
          <w:p w14:paraId="422FB10C" w14:textId="77777777" w:rsidR="00750071" w:rsidRPr="00D20AFB" w:rsidRDefault="00000000">
            <w:pPr>
              <w:jc w:val="center"/>
              <w:rPr>
                <w:sz w:val="21"/>
                <w:szCs w:val="21"/>
              </w:rPr>
            </w:pPr>
            <w:r w:rsidRPr="00D20AFB">
              <w:rPr>
                <w:b/>
                <w:color w:val="FFFFFF"/>
                <w:sz w:val="21"/>
                <w:szCs w:val="21"/>
              </w:rPr>
              <w:t>Timeline</w:t>
            </w:r>
          </w:p>
        </w:tc>
        <w:tc>
          <w:tcPr>
            <w:tcW w:w="817" w:type="pct"/>
            <w:tcBorders>
              <w:top w:val="single" w:sz="5" w:space="0" w:color="9FBAD0"/>
              <w:left w:val="single" w:sz="5" w:space="0" w:color="9FBAD0"/>
              <w:bottom w:val="single" w:sz="5" w:space="0" w:color="9FBAD0"/>
              <w:right w:val="single" w:sz="5" w:space="0" w:color="9FBAD0"/>
            </w:tcBorders>
            <w:shd w:val="clear" w:color="auto" w:fill="1F4E79"/>
            <w:tcMar>
              <w:top w:w="90" w:type="dxa"/>
              <w:left w:w="75" w:type="dxa"/>
              <w:bottom w:w="90" w:type="dxa"/>
              <w:right w:w="75" w:type="dxa"/>
            </w:tcMar>
            <w:vAlign w:val="center"/>
          </w:tcPr>
          <w:p w14:paraId="3AA7F05A" w14:textId="77777777" w:rsidR="00750071" w:rsidRPr="00D20AFB" w:rsidRDefault="00000000">
            <w:pPr>
              <w:jc w:val="center"/>
              <w:rPr>
                <w:sz w:val="21"/>
                <w:szCs w:val="21"/>
              </w:rPr>
            </w:pPr>
            <w:r w:rsidRPr="00D20AFB">
              <w:rPr>
                <w:b/>
                <w:color w:val="FFFFFF"/>
                <w:sz w:val="21"/>
                <w:szCs w:val="21"/>
              </w:rPr>
              <w:t>Person(s) Responsible</w:t>
            </w:r>
          </w:p>
        </w:tc>
      </w:tr>
      <w:tr w:rsidR="00750071" w:rsidRPr="00D20AFB" w14:paraId="22CEBA30" w14:textId="77777777" w:rsidTr="007C66BF">
        <w:trPr>
          <w:jc w:val="center"/>
        </w:trPr>
        <w:tc>
          <w:tcPr>
            <w:tcW w:w="455" w:type="pct"/>
            <w:tcBorders>
              <w:top w:val="single" w:sz="5" w:space="0" w:color="9FBAD0"/>
              <w:left w:val="single" w:sz="5" w:space="0" w:color="9FBAD0"/>
              <w:bottom w:val="single" w:sz="5" w:space="0" w:color="9FBAD0"/>
              <w:right w:val="single" w:sz="5" w:space="0" w:color="9FBAD0"/>
            </w:tcBorders>
            <w:shd w:val="clear" w:color="auto" w:fill="DDEBF7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D86F12" w14:textId="1B9B0FF4" w:rsidR="00750071" w:rsidRPr="00D20AFB" w:rsidRDefault="00000000">
            <w:pPr>
              <w:jc w:val="center"/>
              <w:rPr>
                <w:sz w:val="21"/>
                <w:szCs w:val="21"/>
              </w:rPr>
            </w:pPr>
            <w:r w:rsidRPr="00D20AFB">
              <w:rPr>
                <w:i/>
                <w:color w:val="1F4E79"/>
                <w:sz w:val="21"/>
                <w:szCs w:val="21"/>
              </w:rPr>
              <w:t>SAMPLE</w:t>
            </w:r>
            <w:r w:rsidR="00D20AFB">
              <w:rPr>
                <w:i/>
                <w:color w:val="1F4E79"/>
                <w:sz w:val="21"/>
                <w:szCs w:val="21"/>
              </w:rPr>
              <w:br/>
              <w:t>Activity 1</w:t>
            </w:r>
          </w:p>
        </w:tc>
        <w:tc>
          <w:tcPr>
            <w:tcW w:w="1000" w:type="pct"/>
            <w:tcBorders>
              <w:top w:val="single" w:sz="5" w:space="0" w:color="9FBAD0"/>
              <w:left w:val="single" w:sz="5" w:space="0" w:color="9FBAD0"/>
              <w:bottom w:val="single" w:sz="5" w:space="0" w:color="9FBAD0"/>
              <w:right w:val="single" w:sz="5" w:space="0" w:color="9FBAD0"/>
            </w:tcBorders>
            <w:shd w:val="clear" w:color="auto" w:fill="DDEBF7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29EBE5" w14:textId="77777777" w:rsidR="00750071" w:rsidRPr="00D20AFB" w:rsidRDefault="00000000">
            <w:pPr>
              <w:rPr>
                <w:sz w:val="21"/>
                <w:szCs w:val="21"/>
              </w:rPr>
            </w:pPr>
            <w:r w:rsidRPr="00D20AFB">
              <w:rPr>
                <w:i/>
                <w:color w:val="1F4E79"/>
                <w:sz w:val="21"/>
                <w:szCs w:val="21"/>
              </w:rPr>
              <w:t>Community voter education forum</w:t>
            </w:r>
          </w:p>
        </w:tc>
        <w:tc>
          <w:tcPr>
            <w:tcW w:w="1205" w:type="pct"/>
            <w:tcBorders>
              <w:top w:val="single" w:sz="5" w:space="0" w:color="9FBAD0"/>
              <w:left w:val="single" w:sz="5" w:space="0" w:color="9FBAD0"/>
              <w:bottom w:val="single" w:sz="5" w:space="0" w:color="9FBAD0"/>
              <w:right w:val="single" w:sz="5" w:space="0" w:color="9FBAD0"/>
            </w:tcBorders>
            <w:shd w:val="clear" w:color="auto" w:fill="DDEBF7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4B6850" w14:textId="48B5AD25" w:rsidR="00750071" w:rsidRPr="00D20AFB" w:rsidRDefault="00000000">
            <w:pPr>
              <w:rPr>
                <w:sz w:val="21"/>
                <w:szCs w:val="21"/>
              </w:rPr>
            </w:pPr>
            <w:r w:rsidRPr="00D20AFB">
              <w:rPr>
                <w:i/>
                <w:color w:val="1F4E79"/>
                <w:sz w:val="21"/>
                <w:szCs w:val="21"/>
              </w:rPr>
              <w:t>Prepare materials; invite participants;</w:t>
            </w:r>
            <w:r w:rsidR="009761AE">
              <w:rPr>
                <w:i/>
                <w:color w:val="1F4E79"/>
                <w:sz w:val="21"/>
                <w:szCs w:val="21"/>
              </w:rPr>
              <w:t xml:space="preserve"> </w:t>
            </w:r>
            <w:r w:rsidRPr="00D20AFB">
              <w:rPr>
                <w:i/>
                <w:color w:val="1F4E79"/>
                <w:sz w:val="21"/>
                <w:szCs w:val="21"/>
              </w:rPr>
              <w:t>conduct one-day forum</w:t>
            </w:r>
          </w:p>
        </w:tc>
        <w:tc>
          <w:tcPr>
            <w:tcW w:w="909" w:type="pct"/>
            <w:tcBorders>
              <w:top w:val="single" w:sz="5" w:space="0" w:color="9FBAD0"/>
              <w:left w:val="single" w:sz="5" w:space="0" w:color="9FBAD0"/>
              <w:bottom w:val="single" w:sz="5" w:space="0" w:color="9FBAD0"/>
              <w:right w:val="single" w:sz="5" w:space="0" w:color="9FBAD0"/>
            </w:tcBorders>
            <w:shd w:val="clear" w:color="auto" w:fill="DDEBF7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EDA0C7" w14:textId="77777777" w:rsidR="00750071" w:rsidRPr="00D20AFB" w:rsidRDefault="00000000">
            <w:pPr>
              <w:rPr>
                <w:sz w:val="21"/>
                <w:szCs w:val="21"/>
              </w:rPr>
            </w:pPr>
            <w:r w:rsidRPr="00D20AFB">
              <w:rPr>
                <w:i/>
                <w:color w:val="1F4E79"/>
                <w:sz w:val="21"/>
                <w:szCs w:val="21"/>
              </w:rPr>
              <w:t>1 forum delivered; 60 participants engaged</w:t>
            </w:r>
          </w:p>
        </w:tc>
        <w:tc>
          <w:tcPr>
            <w:tcW w:w="614" w:type="pct"/>
            <w:tcBorders>
              <w:top w:val="single" w:sz="5" w:space="0" w:color="9FBAD0"/>
              <w:left w:val="single" w:sz="5" w:space="0" w:color="9FBAD0"/>
              <w:bottom w:val="single" w:sz="5" w:space="0" w:color="9FBAD0"/>
              <w:right w:val="single" w:sz="5" w:space="0" w:color="9FBAD0"/>
            </w:tcBorders>
            <w:shd w:val="clear" w:color="auto" w:fill="DDEBF7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3DB25C" w14:textId="7148E54F" w:rsidR="00750071" w:rsidRPr="00D20AFB" w:rsidRDefault="00000000" w:rsidP="009761AE">
            <w:pPr>
              <w:rPr>
                <w:sz w:val="21"/>
                <w:szCs w:val="21"/>
              </w:rPr>
            </w:pPr>
            <w:r w:rsidRPr="00D20AFB">
              <w:rPr>
                <w:i/>
                <w:color w:val="1F4E79"/>
                <w:sz w:val="21"/>
                <w:szCs w:val="21"/>
              </w:rPr>
              <w:t>12</w:t>
            </w:r>
            <w:r w:rsidR="009761AE">
              <w:rPr>
                <w:i/>
                <w:color w:val="1F4E79"/>
                <w:sz w:val="21"/>
                <w:szCs w:val="21"/>
              </w:rPr>
              <w:t xml:space="preserve"> – </w:t>
            </w:r>
            <w:r w:rsidRPr="00D20AFB">
              <w:rPr>
                <w:i/>
                <w:color w:val="1F4E79"/>
                <w:sz w:val="21"/>
                <w:szCs w:val="21"/>
              </w:rPr>
              <w:t>16 Oct. 2026</w:t>
            </w:r>
          </w:p>
        </w:tc>
        <w:tc>
          <w:tcPr>
            <w:tcW w:w="817" w:type="pct"/>
            <w:tcBorders>
              <w:top w:val="single" w:sz="5" w:space="0" w:color="9FBAD0"/>
              <w:left w:val="single" w:sz="5" w:space="0" w:color="9FBAD0"/>
              <w:bottom w:val="single" w:sz="5" w:space="0" w:color="9FBAD0"/>
              <w:right w:val="single" w:sz="5" w:space="0" w:color="9FBAD0"/>
            </w:tcBorders>
            <w:shd w:val="clear" w:color="auto" w:fill="DDEBF7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F03284" w14:textId="77777777" w:rsidR="00750071" w:rsidRPr="00D20AFB" w:rsidRDefault="00000000">
            <w:pPr>
              <w:rPr>
                <w:sz w:val="21"/>
                <w:szCs w:val="21"/>
              </w:rPr>
            </w:pPr>
            <w:r w:rsidRPr="00D20AFB">
              <w:rPr>
                <w:i/>
                <w:color w:val="1F4E79"/>
                <w:sz w:val="21"/>
                <w:szCs w:val="21"/>
              </w:rPr>
              <w:t>Project Coordinator &amp; Programme Lead</w:t>
            </w:r>
          </w:p>
        </w:tc>
      </w:tr>
      <w:tr w:rsidR="007C66BF" w:rsidRPr="00D20AFB" w14:paraId="29FCBE26" w14:textId="77777777" w:rsidTr="007C66BF">
        <w:trPr>
          <w:jc w:val="center"/>
        </w:trPr>
        <w:tc>
          <w:tcPr>
            <w:tcW w:w="455" w:type="pct"/>
            <w:tcBorders>
              <w:top w:val="single" w:sz="5" w:space="0" w:color="9FBAD0"/>
              <w:left w:val="single" w:sz="5" w:space="0" w:color="9FBAD0"/>
              <w:bottom w:val="single" w:sz="5" w:space="0" w:color="9FBAD0"/>
              <w:right w:val="single" w:sz="5" w:space="0" w:color="9FBAD0"/>
            </w:tcBorders>
            <w:shd w:val="clear" w:color="auto" w:fill="DDEBF7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F8D71A" w14:textId="4D466EB5" w:rsidR="007C66BF" w:rsidRPr="00D20AFB" w:rsidRDefault="007C66BF">
            <w:pPr>
              <w:jc w:val="center"/>
              <w:rPr>
                <w:i/>
                <w:color w:val="1F4E79"/>
                <w:sz w:val="21"/>
                <w:szCs w:val="21"/>
              </w:rPr>
            </w:pPr>
            <w:r w:rsidRPr="007C66BF">
              <w:rPr>
                <w:i/>
                <w:color w:val="1F4E79"/>
                <w:sz w:val="21"/>
                <w:szCs w:val="21"/>
              </w:rPr>
              <w:t>Activity</w:t>
            </w:r>
            <w:r>
              <w:rPr>
                <w:i/>
                <w:color w:val="1F4E79"/>
                <w:sz w:val="21"/>
                <w:szCs w:val="21"/>
              </w:rPr>
              <w:t xml:space="preserve"> 2</w:t>
            </w:r>
          </w:p>
        </w:tc>
        <w:tc>
          <w:tcPr>
            <w:tcW w:w="1000" w:type="pct"/>
            <w:tcBorders>
              <w:top w:val="single" w:sz="5" w:space="0" w:color="9FBAD0"/>
              <w:left w:val="single" w:sz="5" w:space="0" w:color="9FBAD0"/>
              <w:bottom w:val="single" w:sz="5" w:space="0" w:color="9FBAD0"/>
              <w:right w:val="single" w:sz="5" w:space="0" w:color="9FBAD0"/>
            </w:tcBorders>
            <w:shd w:val="clear" w:color="auto" w:fill="DDEBF7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60D44A" w14:textId="778B566B" w:rsidR="007C66BF" w:rsidRPr="00D20AFB" w:rsidRDefault="007C66BF">
            <w:pPr>
              <w:rPr>
                <w:i/>
                <w:color w:val="1F4E79"/>
                <w:sz w:val="21"/>
                <w:szCs w:val="21"/>
              </w:rPr>
            </w:pPr>
            <w:r w:rsidRPr="007C66BF">
              <w:rPr>
                <w:i/>
                <w:color w:val="1F4E79"/>
                <w:sz w:val="21"/>
                <w:szCs w:val="21"/>
              </w:rPr>
              <w:t>Policy dialogue on youth participation in governance</w:t>
            </w:r>
          </w:p>
        </w:tc>
        <w:tc>
          <w:tcPr>
            <w:tcW w:w="1205" w:type="pct"/>
            <w:tcBorders>
              <w:top w:val="single" w:sz="5" w:space="0" w:color="9FBAD0"/>
              <w:left w:val="single" w:sz="5" w:space="0" w:color="9FBAD0"/>
              <w:bottom w:val="single" w:sz="5" w:space="0" w:color="9FBAD0"/>
              <w:right w:val="single" w:sz="5" w:space="0" w:color="9FBAD0"/>
            </w:tcBorders>
            <w:shd w:val="clear" w:color="auto" w:fill="DDEBF7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BCFE89" w14:textId="6E4B0881" w:rsidR="007C66BF" w:rsidRDefault="007C66BF">
            <w:pPr>
              <w:rPr>
                <w:i/>
                <w:color w:val="1F4E79"/>
                <w:sz w:val="21"/>
                <w:szCs w:val="21"/>
              </w:rPr>
            </w:pPr>
            <w:r w:rsidRPr="007C66BF">
              <w:rPr>
                <w:i/>
                <w:color w:val="1F4E79"/>
                <w:sz w:val="21"/>
                <w:szCs w:val="21"/>
              </w:rPr>
              <w:t>Prepare discussion brief; identify and invite relevant stakeholders; hold dialogue; document key recommendations</w:t>
            </w:r>
          </w:p>
        </w:tc>
        <w:tc>
          <w:tcPr>
            <w:tcW w:w="909" w:type="pct"/>
            <w:tcBorders>
              <w:top w:val="single" w:sz="5" w:space="0" w:color="9FBAD0"/>
              <w:left w:val="single" w:sz="5" w:space="0" w:color="9FBAD0"/>
              <w:bottom w:val="single" w:sz="5" w:space="0" w:color="9FBAD0"/>
              <w:right w:val="single" w:sz="5" w:space="0" w:color="9FBAD0"/>
            </w:tcBorders>
            <w:shd w:val="clear" w:color="auto" w:fill="DDEBF7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7DBDF1" w14:textId="674CC8A7" w:rsidR="007C66BF" w:rsidRPr="00D20AFB" w:rsidRDefault="007C66BF">
            <w:pPr>
              <w:rPr>
                <w:i/>
                <w:color w:val="1F4E79"/>
                <w:sz w:val="21"/>
                <w:szCs w:val="21"/>
              </w:rPr>
            </w:pPr>
            <w:r w:rsidRPr="007C66BF">
              <w:rPr>
                <w:i/>
                <w:color w:val="1F4E79"/>
                <w:sz w:val="21"/>
                <w:szCs w:val="21"/>
              </w:rPr>
              <w:t>One policy dialogue held with at least 40 participants and a summary of key recommendations produced</w:t>
            </w:r>
          </w:p>
        </w:tc>
        <w:tc>
          <w:tcPr>
            <w:tcW w:w="614" w:type="pct"/>
            <w:tcBorders>
              <w:top w:val="single" w:sz="5" w:space="0" w:color="9FBAD0"/>
              <w:left w:val="single" w:sz="5" w:space="0" w:color="9FBAD0"/>
              <w:bottom w:val="single" w:sz="5" w:space="0" w:color="9FBAD0"/>
              <w:right w:val="single" w:sz="5" w:space="0" w:color="9FBAD0"/>
            </w:tcBorders>
            <w:shd w:val="clear" w:color="auto" w:fill="DDEBF7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EC76CD" w14:textId="22CB516F" w:rsidR="007C66BF" w:rsidRPr="00D20AFB" w:rsidRDefault="007C66BF" w:rsidP="009761AE">
            <w:pPr>
              <w:rPr>
                <w:i/>
                <w:color w:val="1F4E79"/>
                <w:sz w:val="21"/>
                <w:szCs w:val="21"/>
              </w:rPr>
            </w:pPr>
            <w:r w:rsidRPr="007C66BF">
              <w:rPr>
                <w:i/>
                <w:color w:val="1F4E79"/>
                <w:sz w:val="21"/>
                <w:szCs w:val="21"/>
              </w:rPr>
              <w:t>16</w:t>
            </w:r>
            <w:r w:rsidR="009761AE">
              <w:rPr>
                <w:i/>
                <w:color w:val="1F4E79"/>
                <w:sz w:val="21"/>
                <w:szCs w:val="21"/>
              </w:rPr>
              <w:t xml:space="preserve"> </w:t>
            </w:r>
            <w:r w:rsidRPr="007C66BF">
              <w:rPr>
                <w:i/>
                <w:color w:val="1F4E79"/>
                <w:sz w:val="21"/>
                <w:szCs w:val="21"/>
              </w:rPr>
              <w:t>–</w:t>
            </w:r>
            <w:r w:rsidR="009761AE">
              <w:rPr>
                <w:i/>
                <w:color w:val="1F4E79"/>
                <w:sz w:val="21"/>
                <w:szCs w:val="21"/>
              </w:rPr>
              <w:t xml:space="preserve"> </w:t>
            </w:r>
            <w:r w:rsidRPr="007C66BF">
              <w:rPr>
                <w:i/>
                <w:color w:val="1F4E79"/>
                <w:sz w:val="21"/>
                <w:szCs w:val="21"/>
              </w:rPr>
              <w:t>20 Nov</w:t>
            </w:r>
            <w:r w:rsidR="009761AE">
              <w:rPr>
                <w:i/>
                <w:color w:val="1F4E79"/>
                <w:sz w:val="21"/>
                <w:szCs w:val="21"/>
              </w:rPr>
              <w:t>.</w:t>
            </w:r>
            <w:r>
              <w:rPr>
                <w:i/>
                <w:color w:val="1F4E79"/>
                <w:sz w:val="21"/>
                <w:szCs w:val="21"/>
              </w:rPr>
              <w:t xml:space="preserve"> </w:t>
            </w:r>
            <w:r w:rsidRPr="007C66BF">
              <w:rPr>
                <w:i/>
                <w:color w:val="1F4E79"/>
                <w:sz w:val="21"/>
                <w:szCs w:val="21"/>
              </w:rPr>
              <w:t>2026</w:t>
            </w:r>
          </w:p>
        </w:tc>
        <w:tc>
          <w:tcPr>
            <w:tcW w:w="817" w:type="pct"/>
            <w:tcBorders>
              <w:top w:val="single" w:sz="5" w:space="0" w:color="9FBAD0"/>
              <w:left w:val="single" w:sz="5" w:space="0" w:color="9FBAD0"/>
              <w:bottom w:val="single" w:sz="5" w:space="0" w:color="9FBAD0"/>
              <w:right w:val="single" w:sz="5" w:space="0" w:color="9FBAD0"/>
            </w:tcBorders>
            <w:shd w:val="clear" w:color="auto" w:fill="DDEBF7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9695C7" w14:textId="78B7CBBE" w:rsidR="007C66BF" w:rsidRPr="00D20AFB" w:rsidRDefault="007C66BF">
            <w:pPr>
              <w:rPr>
                <w:i/>
                <w:color w:val="1F4E79"/>
                <w:sz w:val="21"/>
                <w:szCs w:val="21"/>
              </w:rPr>
            </w:pPr>
            <w:r w:rsidRPr="007C66BF">
              <w:rPr>
                <w:i/>
                <w:color w:val="1F4E79"/>
                <w:sz w:val="21"/>
                <w:szCs w:val="21"/>
              </w:rPr>
              <w:t>Project Coordinator and Advocacy Lead</w:t>
            </w:r>
          </w:p>
        </w:tc>
      </w:tr>
      <w:tr w:rsidR="00750071" w:rsidRPr="00D20AFB" w14:paraId="06E6CD22" w14:textId="77777777" w:rsidTr="007C66BF">
        <w:trPr>
          <w:cantSplit/>
          <w:jc w:val="center"/>
        </w:trPr>
        <w:tc>
          <w:tcPr>
            <w:tcW w:w="455" w:type="pct"/>
            <w:tcBorders>
              <w:top w:val="single" w:sz="5" w:space="0" w:color="9FBAD0"/>
              <w:left w:val="single" w:sz="5" w:space="0" w:color="9FBAD0"/>
              <w:bottom w:val="single" w:sz="5" w:space="0" w:color="9FBAD0"/>
              <w:right w:val="single" w:sz="5" w:space="0" w:color="9FBAD0"/>
            </w:tcBorders>
            <w:tcMar>
              <w:top w:w="95" w:type="dxa"/>
              <w:left w:w="75" w:type="dxa"/>
              <w:bottom w:w="95" w:type="dxa"/>
              <w:right w:w="75" w:type="dxa"/>
            </w:tcMar>
          </w:tcPr>
          <w:p w14:paraId="6FC97ACF" w14:textId="77777777" w:rsidR="00750071" w:rsidRPr="00D20AFB" w:rsidRDefault="00000000">
            <w:pPr>
              <w:jc w:val="center"/>
              <w:rPr>
                <w:sz w:val="21"/>
                <w:szCs w:val="21"/>
              </w:rPr>
            </w:pPr>
            <w:r w:rsidRPr="00D20AFB">
              <w:rPr>
                <w:b/>
                <w:color w:val="444444"/>
                <w:sz w:val="21"/>
                <w:szCs w:val="21"/>
              </w:rPr>
              <w:t>Activity 1</w:t>
            </w:r>
          </w:p>
        </w:tc>
        <w:tc>
          <w:tcPr>
            <w:tcW w:w="1000" w:type="pct"/>
            <w:tcBorders>
              <w:top w:val="single" w:sz="5" w:space="0" w:color="9FBAD0"/>
              <w:left w:val="single" w:sz="5" w:space="0" w:color="9FBAD0"/>
              <w:bottom w:val="single" w:sz="5" w:space="0" w:color="9FBAD0"/>
              <w:right w:val="single" w:sz="5" w:space="0" w:color="9FBAD0"/>
            </w:tcBorders>
            <w:tcMar>
              <w:top w:w="95" w:type="dxa"/>
              <w:left w:w="75" w:type="dxa"/>
              <w:bottom w:w="95" w:type="dxa"/>
              <w:right w:w="75" w:type="dxa"/>
            </w:tcMar>
          </w:tcPr>
          <w:p w14:paraId="1F7939F5" w14:textId="77777777" w:rsidR="00750071" w:rsidRPr="00D20AFB" w:rsidRDefault="00750071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205" w:type="pct"/>
            <w:tcBorders>
              <w:top w:val="single" w:sz="5" w:space="0" w:color="9FBAD0"/>
              <w:left w:val="single" w:sz="5" w:space="0" w:color="9FBAD0"/>
              <w:bottom w:val="single" w:sz="5" w:space="0" w:color="9FBAD0"/>
              <w:right w:val="single" w:sz="5" w:space="0" w:color="9FBAD0"/>
            </w:tcBorders>
            <w:tcMar>
              <w:top w:w="95" w:type="dxa"/>
              <w:left w:w="75" w:type="dxa"/>
              <w:bottom w:w="95" w:type="dxa"/>
              <w:right w:w="75" w:type="dxa"/>
            </w:tcMar>
          </w:tcPr>
          <w:p w14:paraId="08B12EEB" w14:textId="77777777" w:rsidR="00750071" w:rsidRPr="00D20AFB" w:rsidRDefault="00750071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909" w:type="pct"/>
            <w:tcBorders>
              <w:top w:val="single" w:sz="5" w:space="0" w:color="9FBAD0"/>
              <w:left w:val="single" w:sz="5" w:space="0" w:color="9FBAD0"/>
              <w:bottom w:val="single" w:sz="5" w:space="0" w:color="9FBAD0"/>
              <w:right w:val="single" w:sz="5" w:space="0" w:color="9FBAD0"/>
            </w:tcBorders>
            <w:tcMar>
              <w:top w:w="95" w:type="dxa"/>
              <w:left w:w="75" w:type="dxa"/>
              <w:bottom w:w="95" w:type="dxa"/>
              <w:right w:w="75" w:type="dxa"/>
            </w:tcMar>
          </w:tcPr>
          <w:p w14:paraId="1061A8B8" w14:textId="77777777" w:rsidR="00750071" w:rsidRPr="00D20AFB" w:rsidRDefault="00750071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614" w:type="pct"/>
            <w:tcBorders>
              <w:top w:val="single" w:sz="5" w:space="0" w:color="9FBAD0"/>
              <w:left w:val="single" w:sz="5" w:space="0" w:color="9FBAD0"/>
              <w:bottom w:val="single" w:sz="5" w:space="0" w:color="9FBAD0"/>
              <w:right w:val="single" w:sz="5" w:space="0" w:color="9FBAD0"/>
            </w:tcBorders>
            <w:tcMar>
              <w:top w:w="95" w:type="dxa"/>
              <w:left w:w="75" w:type="dxa"/>
              <w:bottom w:w="95" w:type="dxa"/>
              <w:right w:w="75" w:type="dxa"/>
            </w:tcMar>
          </w:tcPr>
          <w:p w14:paraId="0D9248EE" w14:textId="77777777" w:rsidR="00750071" w:rsidRPr="00D20AFB" w:rsidRDefault="00750071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817" w:type="pct"/>
            <w:tcBorders>
              <w:top w:val="single" w:sz="5" w:space="0" w:color="9FBAD0"/>
              <w:left w:val="single" w:sz="5" w:space="0" w:color="9FBAD0"/>
              <w:bottom w:val="single" w:sz="5" w:space="0" w:color="9FBAD0"/>
              <w:right w:val="single" w:sz="5" w:space="0" w:color="9FBAD0"/>
            </w:tcBorders>
            <w:tcMar>
              <w:top w:w="95" w:type="dxa"/>
              <w:left w:w="75" w:type="dxa"/>
              <w:bottom w:w="95" w:type="dxa"/>
              <w:right w:w="75" w:type="dxa"/>
            </w:tcMar>
          </w:tcPr>
          <w:p w14:paraId="40047AC6" w14:textId="77777777" w:rsidR="00750071" w:rsidRPr="00D20AFB" w:rsidRDefault="00750071">
            <w:pPr>
              <w:jc w:val="both"/>
              <w:rPr>
                <w:sz w:val="21"/>
                <w:szCs w:val="21"/>
              </w:rPr>
            </w:pPr>
          </w:p>
        </w:tc>
      </w:tr>
      <w:tr w:rsidR="00750071" w:rsidRPr="00D20AFB" w14:paraId="7443C07C" w14:textId="77777777" w:rsidTr="007C66BF">
        <w:trPr>
          <w:cantSplit/>
          <w:jc w:val="center"/>
        </w:trPr>
        <w:tc>
          <w:tcPr>
            <w:tcW w:w="455" w:type="pct"/>
            <w:tcBorders>
              <w:top w:val="single" w:sz="5" w:space="0" w:color="9FBAD0"/>
              <w:left w:val="single" w:sz="5" w:space="0" w:color="9FBAD0"/>
              <w:bottom w:val="single" w:sz="5" w:space="0" w:color="9FBAD0"/>
              <w:right w:val="single" w:sz="5" w:space="0" w:color="9FBAD0"/>
            </w:tcBorders>
            <w:tcMar>
              <w:top w:w="95" w:type="dxa"/>
              <w:left w:w="75" w:type="dxa"/>
              <w:bottom w:w="95" w:type="dxa"/>
              <w:right w:w="75" w:type="dxa"/>
            </w:tcMar>
          </w:tcPr>
          <w:p w14:paraId="5F58449A" w14:textId="77777777" w:rsidR="00750071" w:rsidRPr="00D20AFB" w:rsidRDefault="00000000">
            <w:pPr>
              <w:jc w:val="center"/>
              <w:rPr>
                <w:sz w:val="21"/>
                <w:szCs w:val="21"/>
              </w:rPr>
            </w:pPr>
            <w:r w:rsidRPr="00D20AFB">
              <w:rPr>
                <w:b/>
                <w:color w:val="444444"/>
                <w:sz w:val="21"/>
                <w:szCs w:val="21"/>
              </w:rPr>
              <w:t>Activity 2</w:t>
            </w:r>
          </w:p>
        </w:tc>
        <w:tc>
          <w:tcPr>
            <w:tcW w:w="1000" w:type="pct"/>
            <w:tcBorders>
              <w:top w:val="single" w:sz="5" w:space="0" w:color="9FBAD0"/>
              <w:left w:val="single" w:sz="5" w:space="0" w:color="9FBAD0"/>
              <w:bottom w:val="single" w:sz="5" w:space="0" w:color="9FBAD0"/>
              <w:right w:val="single" w:sz="5" w:space="0" w:color="9FBAD0"/>
            </w:tcBorders>
            <w:tcMar>
              <w:top w:w="95" w:type="dxa"/>
              <w:left w:w="75" w:type="dxa"/>
              <w:bottom w:w="95" w:type="dxa"/>
              <w:right w:w="75" w:type="dxa"/>
            </w:tcMar>
          </w:tcPr>
          <w:p w14:paraId="584CAB13" w14:textId="77777777" w:rsidR="00750071" w:rsidRPr="00D20AFB" w:rsidRDefault="00750071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205" w:type="pct"/>
            <w:tcBorders>
              <w:top w:val="single" w:sz="5" w:space="0" w:color="9FBAD0"/>
              <w:left w:val="single" w:sz="5" w:space="0" w:color="9FBAD0"/>
              <w:bottom w:val="single" w:sz="5" w:space="0" w:color="9FBAD0"/>
              <w:right w:val="single" w:sz="5" w:space="0" w:color="9FBAD0"/>
            </w:tcBorders>
            <w:tcMar>
              <w:top w:w="95" w:type="dxa"/>
              <w:left w:w="75" w:type="dxa"/>
              <w:bottom w:w="95" w:type="dxa"/>
              <w:right w:w="75" w:type="dxa"/>
            </w:tcMar>
          </w:tcPr>
          <w:p w14:paraId="104BDDA8" w14:textId="77777777" w:rsidR="00750071" w:rsidRPr="00D20AFB" w:rsidRDefault="00750071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909" w:type="pct"/>
            <w:tcBorders>
              <w:top w:val="single" w:sz="5" w:space="0" w:color="9FBAD0"/>
              <w:left w:val="single" w:sz="5" w:space="0" w:color="9FBAD0"/>
              <w:bottom w:val="single" w:sz="5" w:space="0" w:color="9FBAD0"/>
              <w:right w:val="single" w:sz="5" w:space="0" w:color="9FBAD0"/>
            </w:tcBorders>
            <w:tcMar>
              <w:top w:w="95" w:type="dxa"/>
              <w:left w:w="75" w:type="dxa"/>
              <w:bottom w:w="95" w:type="dxa"/>
              <w:right w:w="75" w:type="dxa"/>
            </w:tcMar>
          </w:tcPr>
          <w:p w14:paraId="49834322" w14:textId="77777777" w:rsidR="00750071" w:rsidRPr="00D20AFB" w:rsidRDefault="00750071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614" w:type="pct"/>
            <w:tcBorders>
              <w:top w:val="single" w:sz="5" w:space="0" w:color="9FBAD0"/>
              <w:left w:val="single" w:sz="5" w:space="0" w:color="9FBAD0"/>
              <w:bottom w:val="single" w:sz="5" w:space="0" w:color="9FBAD0"/>
              <w:right w:val="single" w:sz="5" w:space="0" w:color="9FBAD0"/>
            </w:tcBorders>
            <w:tcMar>
              <w:top w:w="95" w:type="dxa"/>
              <w:left w:w="75" w:type="dxa"/>
              <w:bottom w:w="95" w:type="dxa"/>
              <w:right w:w="75" w:type="dxa"/>
            </w:tcMar>
          </w:tcPr>
          <w:p w14:paraId="4BB345AB" w14:textId="77777777" w:rsidR="00750071" w:rsidRPr="00D20AFB" w:rsidRDefault="00750071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817" w:type="pct"/>
            <w:tcBorders>
              <w:top w:val="single" w:sz="5" w:space="0" w:color="9FBAD0"/>
              <w:left w:val="single" w:sz="5" w:space="0" w:color="9FBAD0"/>
              <w:bottom w:val="single" w:sz="5" w:space="0" w:color="9FBAD0"/>
              <w:right w:val="single" w:sz="5" w:space="0" w:color="9FBAD0"/>
            </w:tcBorders>
            <w:tcMar>
              <w:top w:w="95" w:type="dxa"/>
              <w:left w:w="75" w:type="dxa"/>
              <w:bottom w:w="95" w:type="dxa"/>
              <w:right w:w="75" w:type="dxa"/>
            </w:tcMar>
          </w:tcPr>
          <w:p w14:paraId="3784948D" w14:textId="77777777" w:rsidR="00750071" w:rsidRPr="00D20AFB" w:rsidRDefault="00750071">
            <w:pPr>
              <w:jc w:val="both"/>
              <w:rPr>
                <w:sz w:val="21"/>
                <w:szCs w:val="21"/>
              </w:rPr>
            </w:pPr>
          </w:p>
        </w:tc>
      </w:tr>
      <w:tr w:rsidR="00750071" w:rsidRPr="00D20AFB" w14:paraId="3FBE1E50" w14:textId="77777777" w:rsidTr="007C66BF">
        <w:trPr>
          <w:cantSplit/>
          <w:jc w:val="center"/>
        </w:trPr>
        <w:tc>
          <w:tcPr>
            <w:tcW w:w="455" w:type="pct"/>
            <w:tcBorders>
              <w:top w:val="single" w:sz="5" w:space="0" w:color="9FBAD0"/>
              <w:left w:val="single" w:sz="5" w:space="0" w:color="9FBAD0"/>
              <w:bottom w:val="single" w:sz="5" w:space="0" w:color="9FBAD0"/>
              <w:right w:val="single" w:sz="5" w:space="0" w:color="9FBAD0"/>
            </w:tcBorders>
            <w:tcMar>
              <w:top w:w="95" w:type="dxa"/>
              <w:left w:w="75" w:type="dxa"/>
              <w:bottom w:w="95" w:type="dxa"/>
              <w:right w:w="75" w:type="dxa"/>
            </w:tcMar>
          </w:tcPr>
          <w:p w14:paraId="663C3806" w14:textId="77777777" w:rsidR="00750071" w:rsidRPr="00D20AFB" w:rsidRDefault="00000000">
            <w:pPr>
              <w:jc w:val="center"/>
              <w:rPr>
                <w:sz w:val="21"/>
                <w:szCs w:val="21"/>
              </w:rPr>
            </w:pPr>
            <w:r w:rsidRPr="00D20AFB">
              <w:rPr>
                <w:b/>
                <w:color w:val="444444"/>
                <w:sz w:val="21"/>
                <w:szCs w:val="21"/>
              </w:rPr>
              <w:t>Activity 3</w:t>
            </w:r>
          </w:p>
        </w:tc>
        <w:tc>
          <w:tcPr>
            <w:tcW w:w="1000" w:type="pct"/>
            <w:tcBorders>
              <w:top w:val="single" w:sz="5" w:space="0" w:color="9FBAD0"/>
              <w:left w:val="single" w:sz="5" w:space="0" w:color="9FBAD0"/>
              <w:bottom w:val="single" w:sz="5" w:space="0" w:color="9FBAD0"/>
              <w:right w:val="single" w:sz="5" w:space="0" w:color="9FBAD0"/>
            </w:tcBorders>
            <w:tcMar>
              <w:top w:w="95" w:type="dxa"/>
              <w:left w:w="75" w:type="dxa"/>
              <w:bottom w:w="95" w:type="dxa"/>
              <w:right w:w="75" w:type="dxa"/>
            </w:tcMar>
          </w:tcPr>
          <w:p w14:paraId="2F3E3C6F" w14:textId="77777777" w:rsidR="00750071" w:rsidRPr="00D20AFB" w:rsidRDefault="00750071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205" w:type="pct"/>
            <w:tcBorders>
              <w:top w:val="single" w:sz="5" w:space="0" w:color="9FBAD0"/>
              <w:left w:val="single" w:sz="5" w:space="0" w:color="9FBAD0"/>
              <w:bottom w:val="single" w:sz="5" w:space="0" w:color="9FBAD0"/>
              <w:right w:val="single" w:sz="5" w:space="0" w:color="9FBAD0"/>
            </w:tcBorders>
            <w:tcMar>
              <w:top w:w="95" w:type="dxa"/>
              <w:left w:w="75" w:type="dxa"/>
              <w:bottom w:w="95" w:type="dxa"/>
              <w:right w:w="75" w:type="dxa"/>
            </w:tcMar>
          </w:tcPr>
          <w:p w14:paraId="01A14AA4" w14:textId="77777777" w:rsidR="00750071" w:rsidRPr="00D20AFB" w:rsidRDefault="00750071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909" w:type="pct"/>
            <w:tcBorders>
              <w:top w:val="single" w:sz="5" w:space="0" w:color="9FBAD0"/>
              <w:left w:val="single" w:sz="5" w:space="0" w:color="9FBAD0"/>
              <w:bottom w:val="single" w:sz="5" w:space="0" w:color="9FBAD0"/>
              <w:right w:val="single" w:sz="5" w:space="0" w:color="9FBAD0"/>
            </w:tcBorders>
            <w:tcMar>
              <w:top w:w="95" w:type="dxa"/>
              <w:left w:w="75" w:type="dxa"/>
              <w:bottom w:w="95" w:type="dxa"/>
              <w:right w:w="75" w:type="dxa"/>
            </w:tcMar>
          </w:tcPr>
          <w:p w14:paraId="23B920AA" w14:textId="77777777" w:rsidR="00750071" w:rsidRPr="00D20AFB" w:rsidRDefault="00750071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614" w:type="pct"/>
            <w:tcBorders>
              <w:top w:val="single" w:sz="5" w:space="0" w:color="9FBAD0"/>
              <w:left w:val="single" w:sz="5" w:space="0" w:color="9FBAD0"/>
              <w:bottom w:val="single" w:sz="5" w:space="0" w:color="9FBAD0"/>
              <w:right w:val="single" w:sz="5" w:space="0" w:color="9FBAD0"/>
            </w:tcBorders>
            <w:tcMar>
              <w:top w:w="95" w:type="dxa"/>
              <w:left w:w="75" w:type="dxa"/>
              <w:bottom w:w="95" w:type="dxa"/>
              <w:right w:w="75" w:type="dxa"/>
            </w:tcMar>
          </w:tcPr>
          <w:p w14:paraId="1026DE3F" w14:textId="77777777" w:rsidR="00750071" w:rsidRPr="00D20AFB" w:rsidRDefault="00750071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817" w:type="pct"/>
            <w:tcBorders>
              <w:top w:val="single" w:sz="5" w:space="0" w:color="9FBAD0"/>
              <w:left w:val="single" w:sz="5" w:space="0" w:color="9FBAD0"/>
              <w:bottom w:val="single" w:sz="5" w:space="0" w:color="9FBAD0"/>
              <w:right w:val="single" w:sz="5" w:space="0" w:color="9FBAD0"/>
            </w:tcBorders>
            <w:tcMar>
              <w:top w:w="95" w:type="dxa"/>
              <w:left w:w="75" w:type="dxa"/>
              <w:bottom w:w="95" w:type="dxa"/>
              <w:right w:w="75" w:type="dxa"/>
            </w:tcMar>
          </w:tcPr>
          <w:p w14:paraId="3E28D69D" w14:textId="77777777" w:rsidR="00750071" w:rsidRPr="00D20AFB" w:rsidRDefault="00750071">
            <w:pPr>
              <w:jc w:val="both"/>
              <w:rPr>
                <w:sz w:val="21"/>
                <w:szCs w:val="21"/>
              </w:rPr>
            </w:pPr>
          </w:p>
        </w:tc>
      </w:tr>
      <w:tr w:rsidR="00750071" w:rsidRPr="00D20AFB" w14:paraId="4C375F07" w14:textId="77777777" w:rsidTr="007C66BF">
        <w:trPr>
          <w:cantSplit/>
          <w:jc w:val="center"/>
        </w:trPr>
        <w:tc>
          <w:tcPr>
            <w:tcW w:w="455" w:type="pct"/>
            <w:tcBorders>
              <w:top w:val="single" w:sz="5" w:space="0" w:color="9FBAD0"/>
              <w:left w:val="single" w:sz="5" w:space="0" w:color="9FBAD0"/>
              <w:bottom w:val="single" w:sz="5" w:space="0" w:color="9FBAD0"/>
              <w:right w:val="single" w:sz="5" w:space="0" w:color="9FBAD0"/>
            </w:tcBorders>
            <w:tcMar>
              <w:top w:w="95" w:type="dxa"/>
              <w:left w:w="75" w:type="dxa"/>
              <w:bottom w:w="95" w:type="dxa"/>
              <w:right w:w="75" w:type="dxa"/>
            </w:tcMar>
          </w:tcPr>
          <w:p w14:paraId="7B9DBA0D" w14:textId="77777777" w:rsidR="00750071" w:rsidRPr="00D20AFB" w:rsidRDefault="00000000">
            <w:pPr>
              <w:jc w:val="center"/>
              <w:rPr>
                <w:sz w:val="21"/>
                <w:szCs w:val="21"/>
              </w:rPr>
            </w:pPr>
            <w:r w:rsidRPr="00D20AFB">
              <w:rPr>
                <w:b/>
                <w:color w:val="444444"/>
                <w:sz w:val="21"/>
                <w:szCs w:val="21"/>
              </w:rPr>
              <w:lastRenderedPageBreak/>
              <w:t>Activity 4</w:t>
            </w:r>
          </w:p>
        </w:tc>
        <w:tc>
          <w:tcPr>
            <w:tcW w:w="1000" w:type="pct"/>
            <w:tcBorders>
              <w:top w:val="single" w:sz="5" w:space="0" w:color="9FBAD0"/>
              <w:left w:val="single" w:sz="5" w:space="0" w:color="9FBAD0"/>
              <w:bottom w:val="single" w:sz="5" w:space="0" w:color="9FBAD0"/>
              <w:right w:val="single" w:sz="5" w:space="0" w:color="9FBAD0"/>
            </w:tcBorders>
            <w:tcMar>
              <w:top w:w="95" w:type="dxa"/>
              <w:left w:w="75" w:type="dxa"/>
              <w:bottom w:w="95" w:type="dxa"/>
              <w:right w:w="75" w:type="dxa"/>
            </w:tcMar>
          </w:tcPr>
          <w:p w14:paraId="6CF78080" w14:textId="77777777" w:rsidR="00750071" w:rsidRPr="00D20AFB" w:rsidRDefault="00750071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205" w:type="pct"/>
            <w:tcBorders>
              <w:top w:val="single" w:sz="5" w:space="0" w:color="9FBAD0"/>
              <w:left w:val="single" w:sz="5" w:space="0" w:color="9FBAD0"/>
              <w:bottom w:val="single" w:sz="5" w:space="0" w:color="9FBAD0"/>
              <w:right w:val="single" w:sz="5" w:space="0" w:color="9FBAD0"/>
            </w:tcBorders>
            <w:tcMar>
              <w:top w:w="95" w:type="dxa"/>
              <w:left w:w="75" w:type="dxa"/>
              <w:bottom w:w="95" w:type="dxa"/>
              <w:right w:w="75" w:type="dxa"/>
            </w:tcMar>
          </w:tcPr>
          <w:p w14:paraId="6E09B166" w14:textId="77777777" w:rsidR="00750071" w:rsidRPr="00D20AFB" w:rsidRDefault="00750071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909" w:type="pct"/>
            <w:tcBorders>
              <w:top w:val="single" w:sz="5" w:space="0" w:color="9FBAD0"/>
              <w:left w:val="single" w:sz="5" w:space="0" w:color="9FBAD0"/>
              <w:bottom w:val="single" w:sz="5" w:space="0" w:color="9FBAD0"/>
              <w:right w:val="single" w:sz="5" w:space="0" w:color="9FBAD0"/>
            </w:tcBorders>
            <w:tcMar>
              <w:top w:w="95" w:type="dxa"/>
              <w:left w:w="75" w:type="dxa"/>
              <w:bottom w:w="95" w:type="dxa"/>
              <w:right w:w="75" w:type="dxa"/>
            </w:tcMar>
          </w:tcPr>
          <w:p w14:paraId="04E77C7C" w14:textId="77777777" w:rsidR="00750071" w:rsidRPr="00D20AFB" w:rsidRDefault="00750071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614" w:type="pct"/>
            <w:tcBorders>
              <w:top w:val="single" w:sz="5" w:space="0" w:color="9FBAD0"/>
              <w:left w:val="single" w:sz="5" w:space="0" w:color="9FBAD0"/>
              <w:bottom w:val="single" w:sz="5" w:space="0" w:color="9FBAD0"/>
              <w:right w:val="single" w:sz="5" w:space="0" w:color="9FBAD0"/>
            </w:tcBorders>
            <w:tcMar>
              <w:top w:w="95" w:type="dxa"/>
              <w:left w:w="75" w:type="dxa"/>
              <w:bottom w:w="95" w:type="dxa"/>
              <w:right w:w="75" w:type="dxa"/>
            </w:tcMar>
          </w:tcPr>
          <w:p w14:paraId="3F9F6036" w14:textId="77777777" w:rsidR="00750071" w:rsidRPr="00D20AFB" w:rsidRDefault="00750071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817" w:type="pct"/>
            <w:tcBorders>
              <w:top w:val="single" w:sz="5" w:space="0" w:color="9FBAD0"/>
              <w:left w:val="single" w:sz="5" w:space="0" w:color="9FBAD0"/>
              <w:bottom w:val="single" w:sz="5" w:space="0" w:color="9FBAD0"/>
              <w:right w:val="single" w:sz="5" w:space="0" w:color="9FBAD0"/>
            </w:tcBorders>
            <w:tcMar>
              <w:top w:w="95" w:type="dxa"/>
              <w:left w:w="75" w:type="dxa"/>
              <w:bottom w:w="95" w:type="dxa"/>
              <w:right w:w="75" w:type="dxa"/>
            </w:tcMar>
          </w:tcPr>
          <w:p w14:paraId="603AD62D" w14:textId="77777777" w:rsidR="00750071" w:rsidRPr="00D20AFB" w:rsidRDefault="00750071">
            <w:pPr>
              <w:jc w:val="both"/>
              <w:rPr>
                <w:sz w:val="21"/>
                <w:szCs w:val="21"/>
              </w:rPr>
            </w:pPr>
          </w:p>
        </w:tc>
      </w:tr>
    </w:tbl>
    <w:p w14:paraId="034571DA" w14:textId="221AE421" w:rsidR="00750071" w:rsidRDefault="00000000">
      <w:r>
        <w:rPr>
          <w:i/>
          <w:color w:val="595959"/>
        </w:rPr>
        <w:t>Sample row is for guidance only and should be replaced with the applicant’s own project information.</w:t>
      </w:r>
      <w:r w:rsidR="00D20AFB">
        <w:rPr>
          <w:i/>
          <w:color w:val="595959"/>
        </w:rPr>
        <w:t xml:space="preserve"> Add more rows as needed.</w:t>
      </w:r>
    </w:p>
    <w:p w14:paraId="1A2D77AA" w14:textId="77777777" w:rsidR="00750071" w:rsidRDefault="00000000">
      <w:r>
        <w:br w:type="page"/>
      </w:r>
    </w:p>
    <w:p w14:paraId="5D546277" w14:textId="77777777" w:rsidR="00750071" w:rsidRDefault="00000000">
      <w:pPr>
        <w:spacing w:before="80" w:after="60"/>
      </w:pPr>
      <w:r>
        <w:rPr>
          <w:b/>
          <w:color w:val="2A5F56"/>
          <w:sz w:val="24"/>
        </w:rPr>
        <w:lastRenderedPageBreak/>
        <w:t>B. MONITORING &amp; EVALUATION (M&amp;E) TEMPLATE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4600"/>
      </w:tblGrid>
      <w:tr w:rsidR="00750071" w14:paraId="37174EB3" w14:textId="77777777" w:rsidTr="00D20AFB">
        <w:trPr>
          <w:jc w:val="center"/>
        </w:trPr>
        <w:tc>
          <w:tcPr>
            <w:tcW w:w="0" w:type="auto"/>
            <w:tcBorders>
              <w:top w:val="single" w:sz="6" w:space="0" w:color="80A99F"/>
              <w:left w:val="single" w:sz="6" w:space="0" w:color="80A99F"/>
              <w:bottom w:val="single" w:sz="6" w:space="0" w:color="80A99F"/>
              <w:right w:val="single" w:sz="6" w:space="0" w:color="80A99F"/>
            </w:tcBorders>
            <w:shd w:val="clear" w:color="auto" w:fill="F2F8F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952586F" w14:textId="7AEC878E" w:rsidR="00750071" w:rsidRDefault="00000000">
            <w:pPr>
              <w:jc w:val="both"/>
            </w:pPr>
            <w:r>
              <w:rPr>
                <w:b/>
                <w:color w:val="2A5F56"/>
              </w:rPr>
              <w:t xml:space="preserve">Notes: </w:t>
            </w:r>
            <w:r>
              <w:t>Focus on a few key results the project is expected to achieve; do not repeat every activity. An indicator should show how progress or change will be measured, while the target states the level to be achieved. Means of Verification</w:t>
            </w:r>
            <w:r w:rsidR="007C66BF">
              <w:t xml:space="preserve"> (MOV)</w:t>
            </w:r>
            <w:r>
              <w:t xml:space="preserve"> should be practical evidence that PLAC can review (for example, </w:t>
            </w:r>
            <w:r w:rsidR="007C66BF">
              <w:t xml:space="preserve">photos, </w:t>
            </w:r>
            <w:r>
              <w:t>attendance records, pre/post questionnaires, reports or digital analytics). Keep the M&amp;E plan proportionate to the size and duration of the project.</w:t>
            </w:r>
          </w:p>
        </w:tc>
      </w:tr>
    </w:tbl>
    <w:p w14:paraId="14330198" w14:textId="77777777" w:rsidR="00750071" w:rsidRDefault="00750071">
      <w:pPr>
        <w:spacing w:after="40"/>
      </w:pPr>
    </w:p>
    <w:tbl>
      <w:tblPr>
        <w:tblW w:w="4989" w:type="pct"/>
        <w:jc w:val="center"/>
        <w:tblLook w:val="04A0" w:firstRow="1" w:lastRow="0" w:firstColumn="1" w:lastColumn="0" w:noHBand="0" w:noVBand="1"/>
      </w:tblPr>
      <w:tblGrid>
        <w:gridCol w:w="2855"/>
        <w:gridCol w:w="2855"/>
        <w:gridCol w:w="1737"/>
        <w:gridCol w:w="2631"/>
        <w:gridCol w:w="2238"/>
        <w:gridCol w:w="2235"/>
      </w:tblGrid>
      <w:tr w:rsidR="009761AE" w14:paraId="538A6598" w14:textId="0E540ECD" w:rsidTr="009761AE">
        <w:trPr>
          <w:tblHeader/>
          <w:jc w:val="center"/>
        </w:trPr>
        <w:tc>
          <w:tcPr>
            <w:tcW w:w="981" w:type="pct"/>
            <w:tcBorders>
              <w:top w:val="single" w:sz="5" w:space="0" w:color="A0C0B8"/>
              <w:left w:val="single" w:sz="5" w:space="0" w:color="A0C0B8"/>
              <w:bottom w:val="single" w:sz="5" w:space="0" w:color="A0C0B8"/>
              <w:right w:val="single" w:sz="5" w:space="0" w:color="A0C0B8"/>
            </w:tcBorders>
            <w:shd w:val="clear" w:color="auto" w:fill="2A5F56"/>
            <w:tcMar>
              <w:top w:w="90" w:type="dxa"/>
              <w:left w:w="75" w:type="dxa"/>
              <w:bottom w:w="90" w:type="dxa"/>
              <w:right w:w="75" w:type="dxa"/>
            </w:tcMar>
            <w:vAlign w:val="center"/>
          </w:tcPr>
          <w:p w14:paraId="03D0F286" w14:textId="77777777" w:rsidR="009761AE" w:rsidRDefault="009761AE">
            <w:pPr>
              <w:jc w:val="center"/>
            </w:pPr>
            <w:r>
              <w:rPr>
                <w:b/>
                <w:color w:val="FFFFFF"/>
              </w:rPr>
              <w:t>Expected Result / Outcome</w:t>
            </w:r>
          </w:p>
        </w:tc>
        <w:tc>
          <w:tcPr>
            <w:tcW w:w="981" w:type="pct"/>
            <w:tcBorders>
              <w:top w:val="single" w:sz="5" w:space="0" w:color="A0C0B8"/>
              <w:left w:val="single" w:sz="5" w:space="0" w:color="A0C0B8"/>
              <w:bottom w:val="single" w:sz="5" w:space="0" w:color="A0C0B8"/>
              <w:right w:val="single" w:sz="5" w:space="0" w:color="A0C0B8"/>
            </w:tcBorders>
            <w:shd w:val="clear" w:color="auto" w:fill="2A5F56"/>
            <w:tcMar>
              <w:top w:w="90" w:type="dxa"/>
              <w:left w:w="75" w:type="dxa"/>
              <w:bottom w:w="90" w:type="dxa"/>
              <w:right w:w="75" w:type="dxa"/>
            </w:tcMar>
            <w:vAlign w:val="center"/>
          </w:tcPr>
          <w:p w14:paraId="01F4AB0B" w14:textId="77777777" w:rsidR="009761AE" w:rsidRDefault="009761AE">
            <w:pPr>
              <w:jc w:val="center"/>
            </w:pPr>
            <w:r>
              <w:rPr>
                <w:b/>
                <w:color w:val="FFFFFF"/>
              </w:rPr>
              <w:t>Indicator</w:t>
            </w:r>
          </w:p>
        </w:tc>
        <w:tc>
          <w:tcPr>
            <w:tcW w:w="597" w:type="pct"/>
            <w:tcBorders>
              <w:top w:val="single" w:sz="5" w:space="0" w:color="A0C0B8"/>
              <w:left w:val="single" w:sz="5" w:space="0" w:color="A0C0B8"/>
              <w:bottom w:val="single" w:sz="5" w:space="0" w:color="A0C0B8"/>
              <w:right w:val="single" w:sz="5" w:space="0" w:color="A0C0B8"/>
            </w:tcBorders>
            <w:shd w:val="clear" w:color="auto" w:fill="2A5F56"/>
            <w:tcMar>
              <w:top w:w="90" w:type="dxa"/>
              <w:left w:w="75" w:type="dxa"/>
              <w:bottom w:w="90" w:type="dxa"/>
              <w:right w:w="75" w:type="dxa"/>
            </w:tcMar>
            <w:vAlign w:val="center"/>
          </w:tcPr>
          <w:p w14:paraId="2252667E" w14:textId="77777777" w:rsidR="009761AE" w:rsidRDefault="009761AE">
            <w:pPr>
              <w:jc w:val="center"/>
            </w:pPr>
            <w:r>
              <w:rPr>
                <w:b/>
                <w:color w:val="FFFFFF"/>
              </w:rPr>
              <w:t>Target</w:t>
            </w:r>
          </w:p>
        </w:tc>
        <w:tc>
          <w:tcPr>
            <w:tcW w:w="904" w:type="pct"/>
            <w:tcBorders>
              <w:top w:val="single" w:sz="5" w:space="0" w:color="A0C0B8"/>
              <w:left w:val="single" w:sz="5" w:space="0" w:color="A0C0B8"/>
              <w:bottom w:val="single" w:sz="5" w:space="0" w:color="A0C0B8"/>
              <w:right w:val="single" w:sz="5" w:space="0" w:color="A0C0B8"/>
            </w:tcBorders>
            <w:shd w:val="clear" w:color="auto" w:fill="2A5F56"/>
            <w:tcMar>
              <w:top w:w="90" w:type="dxa"/>
              <w:left w:w="75" w:type="dxa"/>
              <w:bottom w:w="90" w:type="dxa"/>
              <w:right w:w="75" w:type="dxa"/>
            </w:tcMar>
            <w:vAlign w:val="center"/>
          </w:tcPr>
          <w:p w14:paraId="4E32AAAB" w14:textId="77777777" w:rsidR="009761AE" w:rsidRDefault="009761AE">
            <w:pPr>
              <w:jc w:val="center"/>
            </w:pPr>
            <w:r>
              <w:rPr>
                <w:b/>
                <w:color w:val="FFFFFF"/>
              </w:rPr>
              <w:t>Means of Verification</w:t>
            </w:r>
          </w:p>
        </w:tc>
        <w:tc>
          <w:tcPr>
            <w:tcW w:w="769" w:type="pct"/>
            <w:tcBorders>
              <w:top w:val="single" w:sz="5" w:space="0" w:color="A0C0B8"/>
              <w:left w:val="single" w:sz="5" w:space="0" w:color="A0C0B8"/>
              <w:bottom w:val="single" w:sz="5" w:space="0" w:color="A0C0B8"/>
              <w:right w:val="single" w:sz="5" w:space="0" w:color="A0C0B8"/>
            </w:tcBorders>
            <w:shd w:val="clear" w:color="auto" w:fill="2A5F56"/>
            <w:tcMar>
              <w:top w:w="90" w:type="dxa"/>
              <w:left w:w="75" w:type="dxa"/>
              <w:bottom w:w="90" w:type="dxa"/>
              <w:right w:w="75" w:type="dxa"/>
            </w:tcMar>
            <w:vAlign w:val="center"/>
          </w:tcPr>
          <w:p w14:paraId="08CA4A20" w14:textId="77777777" w:rsidR="009761AE" w:rsidRDefault="009761AE">
            <w:pPr>
              <w:jc w:val="center"/>
            </w:pPr>
            <w:r>
              <w:rPr>
                <w:b/>
                <w:color w:val="FFFFFF"/>
              </w:rPr>
              <w:t>When / How Measured</w:t>
            </w:r>
          </w:p>
        </w:tc>
        <w:tc>
          <w:tcPr>
            <w:tcW w:w="768" w:type="pct"/>
            <w:tcBorders>
              <w:top w:val="single" w:sz="5" w:space="0" w:color="A0C0B8"/>
              <w:left w:val="single" w:sz="5" w:space="0" w:color="A0C0B8"/>
              <w:bottom w:val="single" w:sz="5" w:space="0" w:color="A0C0B8"/>
              <w:right w:val="single" w:sz="5" w:space="0" w:color="A0C0B8"/>
            </w:tcBorders>
            <w:shd w:val="clear" w:color="auto" w:fill="2A5F56"/>
          </w:tcPr>
          <w:p w14:paraId="49C87A88" w14:textId="624FC2F3" w:rsidR="009761AE" w:rsidRDefault="009761AE">
            <w:pPr>
              <w:jc w:val="center"/>
              <w:rPr>
                <w:b/>
                <w:color w:val="FFFFFF"/>
              </w:rPr>
            </w:pPr>
            <w:r w:rsidRPr="009761AE">
              <w:rPr>
                <w:b/>
                <w:color w:val="FFFFFF"/>
              </w:rPr>
              <w:t>Person(s) Responsible</w:t>
            </w:r>
          </w:p>
        </w:tc>
      </w:tr>
      <w:tr w:rsidR="009761AE" w14:paraId="49E6FD41" w14:textId="2B1185C1" w:rsidTr="009761AE">
        <w:trPr>
          <w:jc w:val="center"/>
        </w:trPr>
        <w:tc>
          <w:tcPr>
            <w:tcW w:w="981" w:type="pct"/>
            <w:tcBorders>
              <w:top w:val="single" w:sz="5" w:space="0" w:color="A0C0B8"/>
              <w:left w:val="single" w:sz="5" w:space="0" w:color="A0C0B8"/>
              <w:bottom w:val="single" w:sz="5" w:space="0" w:color="A0C0B8"/>
              <w:right w:val="single" w:sz="5" w:space="0" w:color="A0C0B8"/>
            </w:tcBorders>
            <w:shd w:val="clear" w:color="auto" w:fill="DDEFE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686C5B" w14:textId="586A0690" w:rsidR="009761AE" w:rsidRDefault="009761AE" w:rsidP="007C66BF">
            <w:pPr>
              <w:pStyle w:val="ListParagraph"/>
              <w:numPr>
                <w:ilvl w:val="0"/>
                <w:numId w:val="10"/>
              </w:numPr>
            </w:pPr>
            <w:r w:rsidRPr="007C66BF">
              <w:rPr>
                <w:i/>
                <w:color w:val="2A5F56"/>
              </w:rPr>
              <w:t>Improved understanding of the electoral process among participants</w:t>
            </w:r>
          </w:p>
        </w:tc>
        <w:tc>
          <w:tcPr>
            <w:tcW w:w="981" w:type="pct"/>
            <w:tcBorders>
              <w:top w:val="single" w:sz="5" w:space="0" w:color="A0C0B8"/>
              <w:left w:val="single" w:sz="5" w:space="0" w:color="A0C0B8"/>
              <w:bottom w:val="single" w:sz="5" w:space="0" w:color="A0C0B8"/>
              <w:right w:val="single" w:sz="5" w:space="0" w:color="A0C0B8"/>
            </w:tcBorders>
            <w:shd w:val="clear" w:color="auto" w:fill="DDEFE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11CDBA" w14:textId="77777777" w:rsidR="009761AE" w:rsidRDefault="009761AE">
            <w:r>
              <w:rPr>
                <w:i/>
                <w:color w:val="2A5F56"/>
              </w:rPr>
              <w:t>% of participants showing improved knowledge after the activity</w:t>
            </w:r>
          </w:p>
        </w:tc>
        <w:tc>
          <w:tcPr>
            <w:tcW w:w="597" w:type="pct"/>
            <w:tcBorders>
              <w:top w:val="single" w:sz="5" w:space="0" w:color="A0C0B8"/>
              <w:left w:val="single" w:sz="5" w:space="0" w:color="A0C0B8"/>
              <w:bottom w:val="single" w:sz="5" w:space="0" w:color="A0C0B8"/>
              <w:right w:val="single" w:sz="5" w:space="0" w:color="A0C0B8"/>
            </w:tcBorders>
            <w:shd w:val="clear" w:color="auto" w:fill="DDEFE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0E3D5A" w14:textId="77777777" w:rsidR="009761AE" w:rsidRDefault="009761AE" w:rsidP="009761AE">
            <w:r>
              <w:rPr>
                <w:i/>
                <w:color w:val="2A5F56"/>
              </w:rPr>
              <w:t>At least 70%</w:t>
            </w:r>
          </w:p>
        </w:tc>
        <w:tc>
          <w:tcPr>
            <w:tcW w:w="904" w:type="pct"/>
            <w:tcBorders>
              <w:top w:val="single" w:sz="5" w:space="0" w:color="A0C0B8"/>
              <w:left w:val="single" w:sz="5" w:space="0" w:color="A0C0B8"/>
              <w:bottom w:val="single" w:sz="5" w:space="0" w:color="A0C0B8"/>
              <w:right w:val="single" w:sz="5" w:space="0" w:color="A0C0B8"/>
            </w:tcBorders>
            <w:shd w:val="clear" w:color="auto" w:fill="DDEFE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5464F0" w14:textId="77777777" w:rsidR="009761AE" w:rsidRDefault="009761AE">
            <w:r>
              <w:rPr>
                <w:i/>
                <w:color w:val="2A5F56"/>
              </w:rPr>
              <w:t>Pre/post questionnaires and attendance list</w:t>
            </w:r>
          </w:p>
        </w:tc>
        <w:tc>
          <w:tcPr>
            <w:tcW w:w="769" w:type="pct"/>
            <w:tcBorders>
              <w:top w:val="single" w:sz="5" w:space="0" w:color="A0C0B8"/>
              <w:left w:val="single" w:sz="5" w:space="0" w:color="A0C0B8"/>
              <w:bottom w:val="single" w:sz="5" w:space="0" w:color="A0C0B8"/>
              <w:right w:val="single" w:sz="5" w:space="0" w:color="A0C0B8"/>
            </w:tcBorders>
            <w:shd w:val="clear" w:color="auto" w:fill="DDEFE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B10A5A" w14:textId="77777777" w:rsidR="009761AE" w:rsidRDefault="009761AE">
            <w:r>
              <w:rPr>
                <w:i/>
                <w:color w:val="2A5F56"/>
              </w:rPr>
              <w:t>Immediately before and after Activity 1</w:t>
            </w:r>
          </w:p>
        </w:tc>
        <w:tc>
          <w:tcPr>
            <w:tcW w:w="768" w:type="pct"/>
            <w:tcBorders>
              <w:top w:val="single" w:sz="5" w:space="0" w:color="A0C0B8"/>
              <w:left w:val="single" w:sz="5" w:space="0" w:color="A0C0B8"/>
              <w:bottom w:val="single" w:sz="5" w:space="0" w:color="A0C0B8"/>
              <w:right w:val="single" w:sz="5" w:space="0" w:color="A0C0B8"/>
            </w:tcBorders>
            <w:shd w:val="clear" w:color="auto" w:fill="DDEFEA"/>
          </w:tcPr>
          <w:p w14:paraId="5A45087D" w14:textId="56A6CF14" w:rsidR="009761AE" w:rsidRDefault="009761AE">
            <w:pPr>
              <w:rPr>
                <w:i/>
                <w:color w:val="2A5F56"/>
              </w:rPr>
            </w:pPr>
            <w:r w:rsidRPr="009761AE">
              <w:rPr>
                <w:b/>
                <w:bCs/>
                <w:i/>
                <w:color w:val="2A5F56"/>
              </w:rPr>
              <w:t>NB:</w:t>
            </w:r>
            <w:r>
              <w:rPr>
                <w:i/>
                <w:color w:val="2A5F56"/>
              </w:rPr>
              <w:t xml:space="preserve"> </w:t>
            </w:r>
            <w:r w:rsidRPr="009761AE">
              <w:rPr>
                <w:i/>
                <w:color w:val="2A5F56"/>
              </w:rPr>
              <w:t>Identify the team member(s) who will collect or maintain the relevant evidence.</w:t>
            </w:r>
          </w:p>
        </w:tc>
      </w:tr>
      <w:tr w:rsidR="009761AE" w14:paraId="374CFCBD" w14:textId="25639946" w:rsidTr="009761AE">
        <w:trPr>
          <w:jc w:val="center"/>
        </w:trPr>
        <w:tc>
          <w:tcPr>
            <w:tcW w:w="981" w:type="pct"/>
            <w:tcBorders>
              <w:top w:val="single" w:sz="5" w:space="0" w:color="A0C0B8"/>
              <w:left w:val="single" w:sz="5" w:space="0" w:color="A0C0B8"/>
              <w:bottom w:val="single" w:sz="5" w:space="0" w:color="A0C0B8"/>
              <w:right w:val="single" w:sz="5" w:space="0" w:color="A0C0B8"/>
            </w:tcBorders>
            <w:shd w:val="clear" w:color="auto" w:fill="DDEFE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D1303D" w14:textId="5DE7D33B" w:rsidR="009761AE" w:rsidRPr="007C66BF" w:rsidRDefault="009761AE" w:rsidP="007C66BF">
            <w:pPr>
              <w:pStyle w:val="ListParagraph"/>
              <w:numPr>
                <w:ilvl w:val="0"/>
                <w:numId w:val="10"/>
              </w:numPr>
              <w:rPr>
                <w:i/>
                <w:color w:val="2A5F56"/>
              </w:rPr>
            </w:pPr>
            <w:r w:rsidRPr="009C6C3C">
              <w:rPr>
                <w:i/>
                <w:color w:val="2A5F56"/>
              </w:rPr>
              <w:t xml:space="preserve">Improved stakeholder </w:t>
            </w:r>
            <w:r w:rsidR="009E493A">
              <w:rPr>
                <w:i/>
                <w:color w:val="2A5F56"/>
              </w:rPr>
              <w:t>engagement</w:t>
            </w:r>
            <w:r w:rsidR="00FB6CE5">
              <w:rPr>
                <w:i/>
                <w:color w:val="2A5F56"/>
              </w:rPr>
              <w:t xml:space="preserve"> </w:t>
            </w:r>
            <w:r w:rsidRPr="009C6C3C">
              <w:rPr>
                <w:i/>
                <w:color w:val="2A5F56"/>
              </w:rPr>
              <w:t>on youth participation in governance</w:t>
            </w:r>
          </w:p>
        </w:tc>
        <w:tc>
          <w:tcPr>
            <w:tcW w:w="981" w:type="pct"/>
            <w:tcBorders>
              <w:top w:val="single" w:sz="5" w:space="0" w:color="A0C0B8"/>
              <w:left w:val="single" w:sz="5" w:space="0" w:color="A0C0B8"/>
              <w:bottom w:val="single" w:sz="5" w:space="0" w:color="A0C0B8"/>
              <w:right w:val="single" w:sz="5" w:space="0" w:color="A0C0B8"/>
            </w:tcBorders>
            <w:shd w:val="clear" w:color="auto" w:fill="DDEFE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3473EA" w14:textId="08A9968C" w:rsidR="009761AE" w:rsidRDefault="009761AE">
            <w:pPr>
              <w:rPr>
                <w:i/>
                <w:color w:val="2A5F56"/>
              </w:rPr>
            </w:pPr>
            <w:r w:rsidRPr="009C6C3C">
              <w:rPr>
                <w:i/>
                <w:color w:val="2A5F56"/>
              </w:rPr>
              <w:t>N</w:t>
            </w:r>
            <w:r>
              <w:rPr>
                <w:i/>
                <w:color w:val="2A5F56"/>
              </w:rPr>
              <w:t>o.</w:t>
            </w:r>
            <w:r w:rsidRPr="009C6C3C">
              <w:rPr>
                <w:i/>
                <w:color w:val="2A5F56"/>
              </w:rPr>
              <w:t xml:space="preserve"> of relevant stakeholders participating in the dialogue and contributing recommendations</w:t>
            </w:r>
          </w:p>
        </w:tc>
        <w:tc>
          <w:tcPr>
            <w:tcW w:w="597" w:type="pct"/>
            <w:tcBorders>
              <w:top w:val="single" w:sz="5" w:space="0" w:color="A0C0B8"/>
              <w:left w:val="single" w:sz="5" w:space="0" w:color="A0C0B8"/>
              <w:bottom w:val="single" w:sz="5" w:space="0" w:color="A0C0B8"/>
              <w:right w:val="single" w:sz="5" w:space="0" w:color="A0C0B8"/>
            </w:tcBorders>
            <w:shd w:val="clear" w:color="auto" w:fill="DDEFE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4FDD74" w14:textId="713FDB57" w:rsidR="009761AE" w:rsidRDefault="009761AE" w:rsidP="009761AE">
            <w:pPr>
              <w:rPr>
                <w:i/>
                <w:color w:val="2A5F56"/>
              </w:rPr>
            </w:pPr>
            <w:r w:rsidRPr="009C6C3C">
              <w:rPr>
                <w:i/>
                <w:color w:val="2A5F56"/>
              </w:rPr>
              <w:t>At least 40 participants, with representation from at least 4 stakeholder groups</w:t>
            </w:r>
          </w:p>
        </w:tc>
        <w:tc>
          <w:tcPr>
            <w:tcW w:w="904" w:type="pct"/>
            <w:tcBorders>
              <w:top w:val="single" w:sz="5" w:space="0" w:color="A0C0B8"/>
              <w:left w:val="single" w:sz="5" w:space="0" w:color="A0C0B8"/>
              <w:bottom w:val="single" w:sz="5" w:space="0" w:color="A0C0B8"/>
              <w:right w:val="single" w:sz="5" w:space="0" w:color="A0C0B8"/>
            </w:tcBorders>
            <w:shd w:val="clear" w:color="auto" w:fill="DDEFE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EF9850" w14:textId="7DA4CDB9" w:rsidR="009761AE" w:rsidRDefault="009761AE">
            <w:pPr>
              <w:rPr>
                <w:i/>
                <w:color w:val="2A5F56"/>
              </w:rPr>
            </w:pPr>
            <w:r w:rsidRPr="009C6C3C">
              <w:rPr>
                <w:i/>
                <w:color w:val="2A5F56"/>
              </w:rPr>
              <w:t>Attendance register, activity report, photographs and documented recommendations</w:t>
            </w:r>
          </w:p>
        </w:tc>
        <w:tc>
          <w:tcPr>
            <w:tcW w:w="769" w:type="pct"/>
            <w:tcBorders>
              <w:top w:val="single" w:sz="5" w:space="0" w:color="A0C0B8"/>
              <w:left w:val="single" w:sz="5" w:space="0" w:color="A0C0B8"/>
              <w:bottom w:val="single" w:sz="5" w:space="0" w:color="A0C0B8"/>
              <w:right w:val="single" w:sz="5" w:space="0" w:color="A0C0B8"/>
            </w:tcBorders>
            <w:shd w:val="clear" w:color="auto" w:fill="DDEFE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B3017D" w14:textId="54BD0026" w:rsidR="009761AE" w:rsidRDefault="009761AE">
            <w:pPr>
              <w:rPr>
                <w:i/>
                <w:color w:val="2A5F56"/>
              </w:rPr>
            </w:pPr>
            <w:r w:rsidRPr="009C6C3C">
              <w:rPr>
                <w:i/>
                <w:color w:val="2A5F56"/>
              </w:rPr>
              <w:t>During the dialogue and immediately after the activity</w:t>
            </w:r>
          </w:p>
        </w:tc>
        <w:tc>
          <w:tcPr>
            <w:tcW w:w="768" w:type="pct"/>
            <w:tcBorders>
              <w:top w:val="single" w:sz="5" w:space="0" w:color="A0C0B8"/>
              <w:left w:val="single" w:sz="5" w:space="0" w:color="A0C0B8"/>
              <w:bottom w:val="single" w:sz="5" w:space="0" w:color="A0C0B8"/>
              <w:right w:val="single" w:sz="5" w:space="0" w:color="A0C0B8"/>
            </w:tcBorders>
            <w:shd w:val="clear" w:color="auto" w:fill="DDEFEA"/>
          </w:tcPr>
          <w:p w14:paraId="78FBE18D" w14:textId="257A0F39" w:rsidR="009761AE" w:rsidRPr="009C6C3C" w:rsidRDefault="009761AE">
            <w:pPr>
              <w:rPr>
                <w:i/>
                <w:color w:val="2A5F56"/>
              </w:rPr>
            </w:pPr>
          </w:p>
        </w:tc>
      </w:tr>
      <w:tr w:rsidR="009761AE" w14:paraId="2298E75B" w14:textId="7208D73B" w:rsidTr="009761AE">
        <w:trPr>
          <w:cantSplit/>
          <w:jc w:val="center"/>
        </w:trPr>
        <w:tc>
          <w:tcPr>
            <w:tcW w:w="981" w:type="pct"/>
            <w:tcBorders>
              <w:top w:val="single" w:sz="5" w:space="0" w:color="A0C0B8"/>
              <w:left w:val="single" w:sz="5" w:space="0" w:color="A0C0B8"/>
              <w:bottom w:val="single" w:sz="5" w:space="0" w:color="A0C0B8"/>
              <w:right w:val="single" w:sz="5" w:space="0" w:color="A0C0B8"/>
            </w:tcBorders>
            <w:tcMar>
              <w:top w:w="110" w:type="dxa"/>
              <w:left w:w="75" w:type="dxa"/>
              <w:bottom w:w="110" w:type="dxa"/>
              <w:right w:w="75" w:type="dxa"/>
            </w:tcMar>
          </w:tcPr>
          <w:p w14:paraId="3D8E894B" w14:textId="77777777" w:rsidR="009761AE" w:rsidRDefault="009761AE">
            <w:pPr>
              <w:jc w:val="both"/>
            </w:pPr>
          </w:p>
        </w:tc>
        <w:tc>
          <w:tcPr>
            <w:tcW w:w="981" w:type="pct"/>
            <w:tcBorders>
              <w:top w:val="single" w:sz="5" w:space="0" w:color="A0C0B8"/>
              <w:left w:val="single" w:sz="5" w:space="0" w:color="A0C0B8"/>
              <w:bottom w:val="single" w:sz="5" w:space="0" w:color="A0C0B8"/>
              <w:right w:val="single" w:sz="5" w:space="0" w:color="A0C0B8"/>
            </w:tcBorders>
            <w:tcMar>
              <w:top w:w="110" w:type="dxa"/>
              <w:left w:w="75" w:type="dxa"/>
              <w:bottom w:w="110" w:type="dxa"/>
              <w:right w:w="75" w:type="dxa"/>
            </w:tcMar>
          </w:tcPr>
          <w:p w14:paraId="2035E48E" w14:textId="77777777" w:rsidR="009761AE" w:rsidRDefault="009761AE">
            <w:pPr>
              <w:jc w:val="both"/>
            </w:pPr>
          </w:p>
        </w:tc>
        <w:tc>
          <w:tcPr>
            <w:tcW w:w="597" w:type="pct"/>
            <w:tcBorders>
              <w:top w:val="single" w:sz="5" w:space="0" w:color="A0C0B8"/>
              <w:left w:val="single" w:sz="5" w:space="0" w:color="A0C0B8"/>
              <w:bottom w:val="single" w:sz="5" w:space="0" w:color="A0C0B8"/>
              <w:right w:val="single" w:sz="5" w:space="0" w:color="A0C0B8"/>
            </w:tcBorders>
            <w:tcMar>
              <w:top w:w="110" w:type="dxa"/>
              <w:left w:w="75" w:type="dxa"/>
              <w:bottom w:w="110" w:type="dxa"/>
              <w:right w:w="75" w:type="dxa"/>
            </w:tcMar>
          </w:tcPr>
          <w:p w14:paraId="4E8DDB0D" w14:textId="77777777" w:rsidR="009761AE" w:rsidRDefault="009761AE">
            <w:pPr>
              <w:jc w:val="both"/>
            </w:pPr>
          </w:p>
        </w:tc>
        <w:tc>
          <w:tcPr>
            <w:tcW w:w="904" w:type="pct"/>
            <w:tcBorders>
              <w:top w:val="single" w:sz="5" w:space="0" w:color="A0C0B8"/>
              <w:left w:val="single" w:sz="5" w:space="0" w:color="A0C0B8"/>
              <w:bottom w:val="single" w:sz="5" w:space="0" w:color="A0C0B8"/>
              <w:right w:val="single" w:sz="5" w:space="0" w:color="A0C0B8"/>
            </w:tcBorders>
            <w:tcMar>
              <w:top w:w="110" w:type="dxa"/>
              <w:left w:w="75" w:type="dxa"/>
              <w:bottom w:w="110" w:type="dxa"/>
              <w:right w:w="75" w:type="dxa"/>
            </w:tcMar>
          </w:tcPr>
          <w:p w14:paraId="331955CB" w14:textId="77777777" w:rsidR="009761AE" w:rsidRDefault="009761AE">
            <w:pPr>
              <w:jc w:val="both"/>
            </w:pPr>
          </w:p>
        </w:tc>
        <w:tc>
          <w:tcPr>
            <w:tcW w:w="769" w:type="pct"/>
            <w:tcBorders>
              <w:top w:val="single" w:sz="5" w:space="0" w:color="A0C0B8"/>
              <w:left w:val="single" w:sz="5" w:space="0" w:color="A0C0B8"/>
              <w:bottom w:val="single" w:sz="5" w:space="0" w:color="A0C0B8"/>
              <w:right w:val="single" w:sz="5" w:space="0" w:color="A0C0B8"/>
            </w:tcBorders>
            <w:tcMar>
              <w:top w:w="110" w:type="dxa"/>
              <w:left w:w="75" w:type="dxa"/>
              <w:bottom w:w="110" w:type="dxa"/>
              <w:right w:w="75" w:type="dxa"/>
            </w:tcMar>
          </w:tcPr>
          <w:p w14:paraId="6DFD1EF1" w14:textId="77777777" w:rsidR="009761AE" w:rsidRDefault="009761AE">
            <w:pPr>
              <w:jc w:val="both"/>
            </w:pPr>
          </w:p>
        </w:tc>
        <w:tc>
          <w:tcPr>
            <w:tcW w:w="768" w:type="pct"/>
            <w:tcBorders>
              <w:top w:val="single" w:sz="5" w:space="0" w:color="A0C0B8"/>
              <w:left w:val="single" w:sz="5" w:space="0" w:color="A0C0B8"/>
              <w:bottom w:val="single" w:sz="5" w:space="0" w:color="A0C0B8"/>
              <w:right w:val="single" w:sz="5" w:space="0" w:color="A0C0B8"/>
            </w:tcBorders>
          </w:tcPr>
          <w:p w14:paraId="5835D9C2" w14:textId="77777777" w:rsidR="009761AE" w:rsidRDefault="009761AE">
            <w:pPr>
              <w:jc w:val="both"/>
            </w:pPr>
          </w:p>
        </w:tc>
      </w:tr>
      <w:tr w:rsidR="009761AE" w14:paraId="675DBB8D" w14:textId="24EFD3E6" w:rsidTr="009761AE">
        <w:trPr>
          <w:cantSplit/>
          <w:jc w:val="center"/>
        </w:trPr>
        <w:tc>
          <w:tcPr>
            <w:tcW w:w="981" w:type="pct"/>
            <w:tcBorders>
              <w:top w:val="single" w:sz="5" w:space="0" w:color="A0C0B8"/>
              <w:left w:val="single" w:sz="5" w:space="0" w:color="A0C0B8"/>
              <w:bottom w:val="single" w:sz="5" w:space="0" w:color="A0C0B8"/>
              <w:right w:val="single" w:sz="5" w:space="0" w:color="A0C0B8"/>
            </w:tcBorders>
            <w:tcMar>
              <w:top w:w="110" w:type="dxa"/>
              <w:left w:w="75" w:type="dxa"/>
              <w:bottom w:w="110" w:type="dxa"/>
              <w:right w:w="75" w:type="dxa"/>
            </w:tcMar>
          </w:tcPr>
          <w:p w14:paraId="5EF065CC" w14:textId="77777777" w:rsidR="009761AE" w:rsidRDefault="009761AE">
            <w:pPr>
              <w:jc w:val="both"/>
            </w:pPr>
          </w:p>
        </w:tc>
        <w:tc>
          <w:tcPr>
            <w:tcW w:w="981" w:type="pct"/>
            <w:tcBorders>
              <w:top w:val="single" w:sz="5" w:space="0" w:color="A0C0B8"/>
              <w:left w:val="single" w:sz="5" w:space="0" w:color="A0C0B8"/>
              <w:bottom w:val="single" w:sz="5" w:space="0" w:color="A0C0B8"/>
              <w:right w:val="single" w:sz="5" w:space="0" w:color="A0C0B8"/>
            </w:tcBorders>
            <w:tcMar>
              <w:top w:w="110" w:type="dxa"/>
              <w:left w:w="75" w:type="dxa"/>
              <w:bottom w:w="110" w:type="dxa"/>
              <w:right w:w="75" w:type="dxa"/>
            </w:tcMar>
          </w:tcPr>
          <w:p w14:paraId="477E37D9" w14:textId="77777777" w:rsidR="009761AE" w:rsidRDefault="009761AE">
            <w:pPr>
              <w:jc w:val="both"/>
            </w:pPr>
          </w:p>
        </w:tc>
        <w:tc>
          <w:tcPr>
            <w:tcW w:w="597" w:type="pct"/>
            <w:tcBorders>
              <w:top w:val="single" w:sz="5" w:space="0" w:color="A0C0B8"/>
              <w:left w:val="single" w:sz="5" w:space="0" w:color="A0C0B8"/>
              <w:bottom w:val="single" w:sz="5" w:space="0" w:color="A0C0B8"/>
              <w:right w:val="single" w:sz="5" w:space="0" w:color="A0C0B8"/>
            </w:tcBorders>
            <w:tcMar>
              <w:top w:w="110" w:type="dxa"/>
              <w:left w:w="75" w:type="dxa"/>
              <w:bottom w:w="110" w:type="dxa"/>
              <w:right w:w="75" w:type="dxa"/>
            </w:tcMar>
          </w:tcPr>
          <w:p w14:paraId="50315985" w14:textId="77777777" w:rsidR="009761AE" w:rsidRDefault="009761AE">
            <w:pPr>
              <w:jc w:val="both"/>
            </w:pPr>
          </w:p>
        </w:tc>
        <w:tc>
          <w:tcPr>
            <w:tcW w:w="904" w:type="pct"/>
            <w:tcBorders>
              <w:top w:val="single" w:sz="5" w:space="0" w:color="A0C0B8"/>
              <w:left w:val="single" w:sz="5" w:space="0" w:color="A0C0B8"/>
              <w:bottom w:val="single" w:sz="5" w:space="0" w:color="A0C0B8"/>
              <w:right w:val="single" w:sz="5" w:space="0" w:color="A0C0B8"/>
            </w:tcBorders>
            <w:tcMar>
              <w:top w:w="110" w:type="dxa"/>
              <w:left w:w="75" w:type="dxa"/>
              <w:bottom w:w="110" w:type="dxa"/>
              <w:right w:w="75" w:type="dxa"/>
            </w:tcMar>
          </w:tcPr>
          <w:p w14:paraId="10442D6B" w14:textId="77777777" w:rsidR="009761AE" w:rsidRDefault="009761AE">
            <w:pPr>
              <w:jc w:val="both"/>
            </w:pPr>
          </w:p>
        </w:tc>
        <w:tc>
          <w:tcPr>
            <w:tcW w:w="769" w:type="pct"/>
            <w:tcBorders>
              <w:top w:val="single" w:sz="5" w:space="0" w:color="A0C0B8"/>
              <w:left w:val="single" w:sz="5" w:space="0" w:color="A0C0B8"/>
              <w:bottom w:val="single" w:sz="5" w:space="0" w:color="A0C0B8"/>
              <w:right w:val="single" w:sz="5" w:space="0" w:color="A0C0B8"/>
            </w:tcBorders>
            <w:tcMar>
              <w:top w:w="110" w:type="dxa"/>
              <w:left w:w="75" w:type="dxa"/>
              <w:bottom w:w="110" w:type="dxa"/>
              <w:right w:w="75" w:type="dxa"/>
            </w:tcMar>
          </w:tcPr>
          <w:p w14:paraId="228F1D24" w14:textId="77777777" w:rsidR="009761AE" w:rsidRDefault="009761AE">
            <w:pPr>
              <w:jc w:val="both"/>
            </w:pPr>
          </w:p>
        </w:tc>
        <w:tc>
          <w:tcPr>
            <w:tcW w:w="768" w:type="pct"/>
            <w:tcBorders>
              <w:top w:val="single" w:sz="5" w:space="0" w:color="A0C0B8"/>
              <w:left w:val="single" w:sz="5" w:space="0" w:color="A0C0B8"/>
              <w:bottom w:val="single" w:sz="5" w:space="0" w:color="A0C0B8"/>
              <w:right w:val="single" w:sz="5" w:space="0" w:color="A0C0B8"/>
            </w:tcBorders>
          </w:tcPr>
          <w:p w14:paraId="1FA0F207" w14:textId="77777777" w:rsidR="009761AE" w:rsidRDefault="009761AE">
            <w:pPr>
              <w:jc w:val="both"/>
            </w:pPr>
          </w:p>
        </w:tc>
      </w:tr>
      <w:tr w:rsidR="009761AE" w14:paraId="4321A4C9" w14:textId="7C71B75A" w:rsidTr="009761AE">
        <w:trPr>
          <w:cantSplit/>
          <w:jc w:val="center"/>
        </w:trPr>
        <w:tc>
          <w:tcPr>
            <w:tcW w:w="981" w:type="pct"/>
            <w:tcBorders>
              <w:top w:val="single" w:sz="5" w:space="0" w:color="A0C0B8"/>
              <w:left w:val="single" w:sz="5" w:space="0" w:color="A0C0B8"/>
              <w:bottom w:val="single" w:sz="5" w:space="0" w:color="A0C0B8"/>
              <w:right w:val="single" w:sz="5" w:space="0" w:color="A0C0B8"/>
            </w:tcBorders>
            <w:tcMar>
              <w:top w:w="110" w:type="dxa"/>
              <w:left w:w="75" w:type="dxa"/>
              <w:bottom w:w="110" w:type="dxa"/>
              <w:right w:w="75" w:type="dxa"/>
            </w:tcMar>
          </w:tcPr>
          <w:p w14:paraId="11F10963" w14:textId="77777777" w:rsidR="009761AE" w:rsidRDefault="009761AE">
            <w:pPr>
              <w:jc w:val="both"/>
            </w:pPr>
          </w:p>
        </w:tc>
        <w:tc>
          <w:tcPr>
            <w:tcW w:w="981" w:type="pct"/>
            <w:tcBorders>
              <w:top w:val="single" w:sz="5" w:space="0" w:color="A0C0B8"/>
              <w:left w:val="single" w:sz="5" w:space="0" w:color="A0C0B8"/>
              <w:bottom w:val="single" w:sz="5" w:space="0" w:color="A0C0B8"/>
              <w:right w:val="single" w:sz="5" w:space="0" w:color="A0C0B8"/>
            </w:tcBorders>
            <w:tcMar>
              <w:top w:w="110" w:type="dxa"/>
              <w:left w:w="75" w:type="dxa"/>
              <w:bottom w:w="110" w:type="dxa"/>
              <w:right w:w="75" w:type="dxa"/>
            </w:tcMar>
          </w:tcPr>
          <w:p w14:paraId="6701C36D" w14:textId="77777777" w:rsidR="009761AE" w:rsidRDefault="009761AE">
            <w:pPr>
              <w:jc w:val="both"/>
            </w:pPr>
          </w:p>
        </w:tc>
        <w:tc>
          <w:tcPr>
            <w:tcW w:w="597" w:type="pct"/>
            <w:tcBorders>
              <w:top w:val="single" w:sz="5" w:space="0" w:color="A0C0B8"/>
              <w:left w:val="single" w:sz="5" w:space="0" w:color="A0C0B8"/>
              <w:bottom w:val="single" w:sz="5" w:space="0" w:color="A0C0B8"/>
              <w:right w:val="single" w:sz="5" w:space="0" w:color="A0C0B8"/>
            </w:tcBorders>
            <w:tcMar>
              <w:top w:w="110" w:type="dxa"/>
              <w:left w:w="75" w:type="dxa"/>
              <w:bottom w:w="110" w:type="dxa"/>
              <w:right w:w="75" w:type="dxa"/>
            </w:tcMar>
          </w:tcPr>
          <w:p w14:paraId="49B309BC" w14:textId="77777777" w:rsidR="009761AE" w:rsidRDefault="009761AE">
            <w:pPr>
              <w:jc w:val="both"/>
            </w:pPr>
          </w:p>
        </w:tc>
        <w:tc>
          <w:tcPr>
            <w:tcW w:w="904" w:type="pct"/>
            <w:tcBorders>
              <w:top w:val="single" w:sz="5" w:space="0" w:color="A0C0B8"/>
              <w:left w:val="single" w:sz="5" w:space="0" w:color="A0C0B8"/>
              <w:bottom w:val="single" w:sz="5" w:space="0" w:color="A0C0B8"/>
              <w:right w:val="single" w:sz="5" w:space="0" w:color="A0C0B8"/>
            </w:tcBorders>
            <w:tcMar>
              <w:top w:w="110" w:type="dxa"/>
              <w:left w:w="75" w:type="dxa"/>
              <w:bottom w:w="110" w:type="dxa"/>
              <w:right w:w="75" w:type="dxa"/>
            </w:tcMar>
          </w:tcPr>
          <w:p w14:paraId="748942AB" w14:textId="77777777" w:rsidR="009761AE" w:rsidRDefault="009761AE">
            <w:pPr>
              <w:jc w:val="both"/>
            </w:pPr>
          </w:p>
        </w:tc>
        <w:tc>
          <w:tcPr>
            <w:tcW w:w="769" w:type="pct"/>
            <w:tcBorders>
              <w:top w:val="single" w:sz="5" w:space="0" w:color="A0C0B8"/>
              <w:left w:val="single" w:sz="5" w:space="0" w:color="A0C0B8"/>
              <w:bottom w:val="single" w:sz="5" w:space="0" w:color="A0C0B8"/>
              <w:right w:val="single" w:sz="5" w:space="0" w:color="A0C0B8"/>
            </w:tcBorders>
            <w:tcMar>
              <w:top w:w="110" w:type="dxa"/>
              <w:left w:w="75" w:type="dxa"/>
              <w:bottom w:w="110" w:type="dxa"/>
              <w:right w:w="75" w:type="dxa"/>
            </w:tcMar>
          </w:tcPr>
          <w:p w14:paraId="50CF7E00" w14:textId="77777777" w:rsidR="009761AE" w:rsidRDefault="009761AE">
            <w:pPr>
              <w:jc w:val="both"/>
            </w:pPr>
          </w:p>
        </w:tc>
        <w:tc>
          <w:tcPr>
            <w:tcW w:w="768" w:type="pct"/>
            <w:tcBorders>
              <w:top w:val="single" w:sz="5" w:space="0" w:color="A0C0B8"/>
              <w:left w:val="single" w:sz="5" w:space="0" w:color="A0C0B8"/>
              <w:bottom w:val="single" w:sz="5" w:space="0" w:color="A0C0B8"/>
              <w:right w:val="single" w:sz="5" w:space="0" w:color="A0C0B8"/>
            </w:tcBorders>
          </w:tcPr>
          <w:p w14:paraId="3193FC78" w14:textId="77777777" w:rsidR="009761AE" w:rsidRDefault="009761AE">
            <w:pPr>
              <w:jc w:val="both"/>
            </w:pPr>
          </w:p>
        </w:tc>
      </w:tr>
      <w:tr w:rsidR="009761AE" w14:paraId="29532EA4" w14:textId="15495C57" w:rsidTr="009761AE">
        <w:trPr>
          <w:cantSplit/>
          <w:jc w:val="center"/>
        </w:trPr>
        <w:tc>
          <w:tcPr>
            <w:tcW w:w="981" w:type="pct"/>
            <w:tcBorders>
              <w:top w:val="single" w:sz="5" w:space="0" w:color="A0C0B8"/>
              <w:left w:val="single" w:sz="5" w:space="0" w:color="A0C0B8"/>
              <w:bottom w:val="single" w:sz="5" w:space="0" w:color="A0C0B8"/>
              <w:right w:val="single" w:sz="5" w:space="0" w:color="A0C0B8"/>
            </w:tcBorders>
            <w:tcMar>
              <w:top w:w="110" w:type="dxa"/>
              <w:left w:w="75" w:type="dxa"/>
              <w:bottom w:w="110" w:type="dxa"/>
              <w:right w:w="75" w:type="dxa"/>
            </w:tcMar>
          </w:tcPr>
          <w:p w14:paraId="7CBB843D" w14:textId="77777777" w:rsidR="009761AE" w:rsidRDefault="009761AE">
            <w:pPr>
              <w:jc w:val="both"/>
            </w:pPr>
          </w:p>
        </w:tc>
        <w:tc>
          <w:tcPr>
            <w:tcW w:w="981" w:type="pct"/>
            <w:tcBorders>
              <w:top w:val="single" w:sz="5" w:space="0" w:color="A0C0B8"/>
              <w:left w:val="single" w:sz="5" w:space="0" w:color="A0C0B8"/>
              <w:bottom w:val="single" w:sz="5" w:space="0" w:color="A0C0B8"/>
              <w:right w:val="single" w:sz="5" w:space="0" w:color="A0C0B8"/>
            </w:tcBorders>
            <w:tcMar>
              <w:top w:w="110" w:type="dxa"/>
              <w:left w:w="75" w:type="dxa"/>
              <w:bottom w:w="110" w:type="dxa"/>
              <w:right w:w="75" w:type="dxa"/>
            </w:tcMar>
          </w:tcPr>
          <w:p w14:paraId="40CD1477" w14:textId="77777777" w:rsidR="009761AE" w:rsidRDefault="009761AE">
            <w:pPr>
              <w:jc w:val="both"/>
            </w:pPr>
          </w:p>
        </w:tc>
        <w:tc>
          <w:tcPr>
            <w:tcW w:w="597" w:type="pct"/>
            <w:tcBorders>
              <w:top w:val="single" w:sz="5" w:space="0" w:color="A0C0B8"/>
              <w:left w:val="single" w:sz="5" w:space="0" w:color="A0C0B8"/>
              <w:bottom w:val="single" w:sz="5" w:space="0" w:color="A0C0B8"/>
              <w:right w:val="single" w:sz="5" w:space="0" w:color="A0C0B8"/>
            </w:tcBorders>
            <w:tcMar>
              <w:top w:w="110" w:type="dxa"/>
              <w:left w:w="75" w:type="dxa"/>
              <w:bottom w:w="110" w:type="dxa"/>
              <w:right w:w="75" w:type="dxa"/>
            </w:tcMar>
          </w:tcPr>
          <w:p w14:paraId="16970042" w14:textId="77777777" w:rsidR="009761AE" w:rsidRDefault="009761AE">
            <w:pPr>
              <w:jc w:val="both"/>
            </w:pPr>
          </w:p>
        </w:tc>
        <w:tc>
          <w:tcPr>
            <w:tcW w:w="904" w:type="pct"/>
            <w:tcBorders>
              <w:top w:val="single" w:sz="5" w:space="0" w:color="A0C0B8"/>
              <w:left w:val="single" w:sz="5" w:space="0" w:color="A0C0B8"/>
              <w:bottom w:val="single" w:sz="5" w:space="0" w:color="A0C0B8"/>
              <w:right w:val="single" w:sz="5" w:space="0" w:color="A0C0B8"/>
            </w:tcBorders>
            <w:tcMar>
              <w:top w:w="110" w:type="dxa"/>
              <w:left w:w="75" w:type="dxa"/>
              <w:bottom w:w="110" w:type="dxa"/>
              <w:right w:w="75" w:type="dxa"/>
            </w:tcMar>
          </w:tcPr>
          <w:p w14:paraId="39F1B473" w14:textId="77777777" w:rsidR="009761AE" w:rsidRDefault="009761AE">
            <w:pPr>
              <w:jc w:val="both"/>
            </w:pPr>
          </w:p>
        </w:tc>
        <w:tc>
          <w:tcPr>
            <w:tcW w:w="769" w:type="pct"/>
            <w:tcBorders>
              <w:top w:val="single" w:sz="5" w:space="0" w:color="A0C0B8"/>
              <w:left w:val="single" w:sz="5" w:space="0" w:color="A0C0B8"/>
              <w:bottom w:val="single" w:sz="5" w:space="0" w:color="A0C0B8"/>
              <w:right w:val="single" w:sz="5" w:space="0" w:color="A0C0B8"/>
            </w:tcBorders>
            <w:tcMar>
              <w:top w:w="110" w:type="dxa"/>
              <w:left w:w="75" w:type="dxa"/>
              <w:bottom w:w="110" w:type="dxa"/>
              <w:right w:w="75" w:type="dxa"/>
            </w:tcMar>
          </w:tcPr>
          <w:p w14:paraId="08A47CC4" w14:textId="77777777" w:rsidR="009761AE" w:rsidRDefault="009761AE">
            <w:pPr>
              <w:jc w:val="both"/>
            </w:pPr>
          </w:p>
        </w:tc>
        <w:tc>
          <w:tcPr>
            <w:tcW w:w="768" w:type="pct"/>
            <w:tcBorders>
              <w:top w:val="single" w:sz="5" w:space="0" w:color="A0C0B8"/>
              <w:left w:val="single" w:sz="5" w:space="0" w:color="A0C0B8"/>
              <w:bottom w:val="single" w:sz="5" w:space="0" w:color="A0C0B8"/>
              <w:right w:val="single" w:sz="5" w:space="0" w:color="A0C0B8"/>
            </w:tcBorders>
          </w:tcPr>
          <w:p w14:paraId="3A6839CA" w14:textId="77777777" w:rsidR="009761AE" w:rsidRDefault="009761AE">
            <w:pPr>
              <w:jc w:val="both"/>
            </w:pPr>
          </w:p>
        </w:tc>
      </w:tr>
    </w:tbl>
    <w:p w14:paraId="77310F55" w14:textId="682A872F" w:rsidR="00750071" w:rsidRDefault="00000000">
      <w:r>
        <w:rPr>
          <w:i/>
          <w:color w:val="595959"/>
        </w:rPr>
        <w:t>Sample row is for guidance only and should be replaced with the applicant’s own project information.</w:t>
      </w:r>
      <w:r w:rsidR="007C66BF">
        <w:rPr>
          <w:i/>
          <w:color w:val="595959"/>
        </w:rPr>
        <w:t xml:space="preserve"> Add more rows as needed.</w:t>
      </w:r>
    </w:p>
    <w:sectPr w:rsidR="00750071" w:rsidSect="00034616">
      <w:headerReference w:type="default" r:id="rId8"/>
      <w:footerReference w:type="default" r:id="rId9"/>
      <w:pgSz w:w="15840" w:h="12240" w:orient="landscape"/>
      <w:pgMar w:top="648" w:right="720" w:bottom="64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674FB" w14:textId="77777777" w:rsidR="0043169B" w:rsidRDefault="0043169B">
      <w:pPr>
        <w:spacing w:line="240" w:lineRule="auto"/>
      </w:pPr>
      <w:r>
        <w:separator/>
      </w:r>
    </w:p>
  </w:endnote>
  <w:endnote w:type="continuationSeparator" w:id="0">
    <w:p w14:paraId="47544329" w14:textId="77777777" w:rsidR="0043169B" w:rsidRDefault="004316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03513" w14:textId="77777777" w:rsidR="00750071" w:rsidRDefault="00000000">
    <w:pPr>
      <w:pStyle w:val="Footer"/>
      <w:jc w:val="center"/>
    </w:pPr>
    <w:r>
      <w:rPr>
        <w:color w:val="6E6E6E"/>
        <w:sz w:val="18"/>
      </w:rPr>
      <w:t>PLAC 2026 Alumni Support Initiative | Work Plan &amp; M&amp;E Templates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1A63F" w14:textId="77777777" w:rsidR="0043169B" w:rsidRDefault="0043169B">
      <w:pPr>
        <w:spacing w:line="240" w:lineRule="auto"/>
      </w:pPr>
      <w:r>
        <w:separator/>
      </w:r>
    </w:p>
  </w:footnote>
  <w:footnote w:type="continuationSeparator" w:id="0">
    <w:p w14:paraId="5709CD5D" w14:textId="77777777" w:rsidR="0043169B" w:rsidRDefault="0043169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A05F7" w14:textId="1CAD461D" w:rsidR="00D20AFB" w:rsidRDefault="00D20AFB" w:rsidP="00D20AFB">
    <w:pPr>
      <w:pStyle w:val="Header"/>
      <w:jc w:val="center"/>
    </w:pPr>
    <w:r w:rsidRPr="003B09DB">
      <w:rPr>
        <w:rFonts w:cs="Calibri"/>
        <w:b/>
        <w:noProof/>
        <w:color w:val="000000"/>
      </w:rPr>
      <w:drawing>
        <wp:inline distT="0" distB="0" distL="0" distR="0" wp14:anchorId="3E678E9E" wp14:editId="25D71333">
          <wp:extent cx="678873" cy="353291"/>
          <wp:effectExtent l="0" t="0" r="0" b="2540"/>
          <wp:docPr id="1461948703" name="image1.png" descr="A blue sign with white text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A blue sign with white text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94" cy="37677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A421A4E"/>
    <w:multiLevelType w:val="hybridMultilevel"/>
    <w:tmpl w:val="851C2288"/>
    <w:lvl w:ilvl="0" w:tplc="84147CC2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2A5F5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8452605">
    <w:abstractNumId w:val="8"/>
  </w:num>
  <w:num w:numId="2" w16cid:durableId="1678190175">
    <w:abstractNumId w:val="6"/>
  </w:num>
  <w:num w:numId="3" w16cid:durableId="1396733092">
    <w:abstractNumId w:val="5"/>
  </w:num>
  <w:num w:numId="4" w16cid:durableId="699934401">
    <w:abstractNumId w:val="4"/>
  </w:num>
  <w:num w:numId="5" w16cid:durableId="1585259189">
    <w:abstractNumId w:val="7"/>
  </w:num>
  <w:num w:numId="6" w16cid:durableId="121576845">
    <w:abstractNumId w:val="3"/>
  </w:num>
  <w:num w:numId="7" w16cid:durableId="1999110855">
    <w:abstractNumId w:val="2"/>
  </w:num>
  <w:num w:numId="8" w16cid:durableId="2039423670">
    <w:abstractNumId w:val="1"/>
  </w:num>
  <w:num w:numId="9" w16cid:durableId="965165019">
    <w:abstractNumId w:val="0"/>
  </w:num>
  <w:num w:numId="10" w16cid:durableId="195436028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3169B"/>
    <w:rsid w:val="004E0D6F"/>
    <w:rsid w:val="00750071"/>
    <w:rsid w:val="007C66BF"/>
    <w:rsid w:val="009761AE"/>
    <w:rsid w:val="009C6C3C"/>
    <w:rsid w:val="009E493A"/>
    <w:rsid w:val="00AA1D8D"/>
    <w:rsid w:val="00B47730"/>
    <w:rsid w:val="00CB0664"/>
    <w:rsid w:val="00D20AFB"/>
    <w:rsid w:val="00FB6CE5"/>
    <w:rsid w:val="00FC693F"/>
    <w:rsid w:val="00FF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53E5FD3"/>
  <w14:defaultImageDpi w14:val="300"/>
  <w15:docId w15:val="{3595FCC4-66BD-4C4E-9ECE-CDBBCC840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/>
    </w:pPr>
    <w:rPr>
      <w:rFonts w:ascii="Calibri" w:eastAsia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Nkiru Uzodi</cp:lastModifiedBy>
  <cp:revision>5</cp:revision>
  <dcterms:created xsi:type="dcterms:W3CDTF">2013-12-23T23:15:00Z</dcterms:created>
  <dcterms:modified xsi:type="dcterms:W3CDTF">2026-08-24T17:11:00Z</dcterms:modified>
  <cp:category/>
</cp:coreProperties>
</file>